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ACCE" w14:textId="77777777" w:rsidR="006E488F" w:rsidRDefault="006E488F">
      <w:pPr>
        <w:pStyle w:val="Nzev"/>
        <w:spacing w:after="120" w:line="276" w:lineRule="auto"/>
        <w:rPr>
          <w:rFonts w:ascii="Calibri" w:hAnsi="Calibri"/>
          <w:sz w:val="24"/>
        </w:rPr>
      </w:pPr>
    </w:p>
    <w:p w14:paraId="52AE93FA" w14:textId="77777777" w:rsidR="006E488F" w:rsidRDefault="006E488F">
      <w:pPr>
        <w:pStyle w:val="Nzev"/>
        <w:spacing w:after="120" w:line="276" w:lineRule="auto"/>
        <w:rPr>
          <w:rFonts w:ascii="Calibri" w:hAnsi="Calibri"/>
          <w:sz w:val="24"/>
        </w:rPr>
      </w:pPr>
    </w:p>
    <w:p w14:paraId="71B71F9A" w14:textId="77777777" w:rsidR="006E488F" w:rsidRDefault="006E488F">
      <w:pPr>
        <w:pStyle w:val="Nzev"/>
        <w:spacing w:after="120" w:line="276" w:lineRule="auto"/>
        <w:rPr>
          <w:rFonts w:ascii="Calibri" w:hAnsi="Calibri"/>
          <w:sz w:val="24"/>
        </w:rPr>
      </w:pPr>
    </w:p>
    <w:p w14:paraId="6DF57CCB" w14:textId="77777777" w:rsidR="006E488F" w:rsidRDefault="006E488F">
      <w:pPr>
        <w:pStyle w:val="Nzev"/>
        <w:spacing w:after="120" w:line="276" w:lineRule="auto"/>
        <w:rPr>
          <w:rFonts w:ascii="Calibri" w:hAnsi="Calibri"/>
          <w:sz w:val="24"/>
        </w:rPr>
      </w:pPr>
    </w:p>
    <w:p w14:paraId="639AF337" w14:textId="19445820" w:rsidR="006E3717" w:rsidRDefault="005056D3">
      <w:pPr>
        <w:pStyle w:val="Nzev"/>
        <w:spacing w:after="120" w:line="276" w:lineRule="auto"/>
      </w:pPr>
      <w:proofErr w:type="spellStart"/>
      <w:r>
        <w:rPr>
          <w:rFonts w:ascii="Calibri" w:hAnsi="Calibri"/>
          <w:sz w:val="24"/>
        </w:rPr>
        <w:t>Školní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vzdělávací</w:t>
      </w:r>
      <w:proofErr w:type="spellEnd"/>
      <w:r>
        <w:rPr>
          <w:rFonts w:ascii="Calibri" w:hAnsi="Calibri"/>
          <w:sz w:val="24"/>
        </w:rPr>
        <w:t xml:space="preserve"> program pro </w:t>
      </w:r>
      <w:proofErr w:type="spellStart"/>
      <w:r>
        <w:rPr>
          <w:rFonts w:ascii="Calibri" w:hAnsi="Calibri"/>
          <w:sz w:val="24"/>
        </w:rPr>
        <w:t>předškolní</w:t>
      </w:r>
      <w:proofErr w:type="spellEnd"/>
      <w:r>
        <w:rPr>
          <w:rFonts w:ascii="Calibri" w:hAnsi="Calibri"/>
          <w:sz w:val="24"/>
        </w:rPr>
        <w:t xml:space="preserve"> vzdělávání</w:t>
      </w:r>
    </w:p>
    <w:p w14:paraId="60D559FF" w14:textId="77777777" w:rsidR="002859E5" w:rsidRDefault="00A26363" w:rsidP="00A65840">
      <w:pPr>
        <w:spacing w:after="120"/>
        <w:jc w:val="center"/>
      </w:pPr>
      <w:r>
        <w:rPr>
          <w:noProof/>
        </w:rPr>
        <w:drawing>
          <wp:inline distT="0" distB="0" distL="0" distR="0" wp14:anchorId="0EFAD4F2" wp14:editId="75137928">
            <wp:extent cx="1533144" cy="1618488"/>
            <wp:effectExtent l="0" t="0" r="0" b="1270"/>
            <wp:docPr id="15042679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67902" name="Obrázek 15042679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F338" w14:textId="73EA66F9" w:rsidR="006E3717" w:rsidRDefault="00EC31C9" w:rsidP="00A65840">
      <w:pPr>
        <w:spacing w:after="120"/>
      </w:pPr>
      <w:proofErr w:type="spellStart"/>
      <w:r>
        <w:t>Mateřská</w:t>
      </w:r>
      <w:proofErr w:type="spellEnd"/>
      <w:r>
        <w:t xml:space="preserve">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K</w:t>
      </w:r>
      <w:r w:rsidR="005056D3">
        <w:t>ostička</w:t>
      </w:r>
      <w:proofErr w:type="spellEnd"/>
      <w:r>
        <w:t xml:space="preserve"> </w:t>
      </w:r>
      <w:proofErr w:type="spellStart"/>
      <w:r>
        <w:t>Kokonín</w:t>
      </w:r>
      <w:proofErr w:type="spellEnd"/>
    </w:p>
    <w:p w14:paraId="639AF339" w14:textId="77777777" w:rsidR="006E3717" w:rsidRDefault="005056D3" w:rsidP="00A65840">
      <w:pPr>
        <w:pStyle w:val="Nadpis1"/>
        <w:spacing w:before="0" w:after="120"/>
      </w:pPr>
      <w:r>
        <w:rPr>
          <w:rFonts w:ascii="Calibri" w:hAnsi="Calibri"/>
          <w:sz w:val="24"/>
        </w:rPr>
        <w:t>1. Identifikační údaje školy</w:t>
      </w:r>
    </w:p>
    <w:p w14:paraId="639AF33A" w14:textId="77777777" w:rsidR="006E3717" w:rsidRDefault="005056D3" w:rsidP="00A65840">
      <w:pPr>
        <w:spacing w:after="120"/>
      </w:pPr>
      <w:r>
        <w:t xml:space="preserve">- Název dokumentu: Školní vzdělávací program pro předškolní vzdělávání – „Barevná kostička poznání, pohody a </w:t>
      </w:r>
      <w:proofErr w:type="gramStart"/>
      <w:r>
        <w:t>přírody“</w:t>
      </w:r>
      <w:proofErr w:type="gramEnd"/>
    </w:p>
    <w:p w14:paraId="639AF33B" w14:textId="77777777" w:rsidR="00EC31C9" w:rsidRDefault="00EC31C9" w:rsidP="00A65840">
      <w:pPr>
        <w:pStyle w:val="Normlnweb"/>
        <w:spacing w:before="0" w:after="120" w:line="276" w:lineRule="auto"/>
      </w:pPr>
      <w:r>
        <w:rPr>
          <w:rStyle w:val="Siln"/>
          <w:rFonts w:ascii="Calibri" w:hAnsi="Calibri"/>
        </w:rPr>
        <w:t>Název a sídlo školy:</w:t>
      </w:r>
      <w:r>
        <w:rPr>
          <w:rFonts w:ascii="Calibri" w:hAnsi="Calibri"/>
        </w:rPr>
        <w:br/>
        <w:t xml:space="preserve">Mateřská škola Kostička </w:t>
      </w:r>
      <w:proofErr w:type="spellStart"/>
      <w:r>
        <w:rPr>
          <w:rFonts w:ascii="Calibri" w:hAnsi="Calibri"/>
        </w:rPr>
        <w:t>Kokonín</w:t>
      </w:r>
      <w:proofErr w:type="spellEnd"/>
      <w:r>
        <w:rPr>
          <w:rFonts w:ascii="Calibri" w:hAnsi="Calibri"/>
        </w:rPr>
        <w:br/>
      </w:r>
      <w:proofErr w:type="spellStart"/>
      <w:r>
        <w:rPr>
          <w:rFonts w:ascii="Calibri" w:hAnsi="Calibri"/>
        </w:rPr>
        <w:t>Kokonínská</w:t>
      </w:r>
      <w:proofErr w:type="spellEnd"/>
      <w:r>
        <w:rPr>
          <w:rFonts w:ascii="Calibri" w:hAnsi="Calibri"/>
        </w:rPr>
        <w:t xml:space="preserve"> 9, 466 01 Jablonec nad Nisou</w:t>
      </w:r>
    </w:p>
    <w:p w14:paraId="639AF33C" w14:textId="21C945E5" w:rsidR="00EC31C9" w:rsidRDefault="00EC31C9" w:rsidP="00A65840">
      <w:pPr>
        <w:pStyle w:val="Normlnweb"/>
        <w:spacing w:before="0" w:after="120" w:line="276" w:lineRule="auto"/>
      </w:pPr>
      <w:r>
        <w:rPr>
          <w:rStyle w:val="Siln"/>
          <w:rFonts w:ascii="Calibri" w:hAnsi="Calibri"/>
        </w:rPr>
        <w:t>IČO:</w:t>
      </w:r>
      <w:r w:rsidR="004B4C2F">
        <w:rPr>
          <w:rFonts w:ascii="Calibri" w:hAnsi="Calibri"/>
        </w:rPr>
        <w:t xml:space="preserve"> 72048140</w:t>
      </w:r>
      <w:r>
        <w:rPr>
          <w:rFonts w:ascii="Calibri" w:hAnsi="Calibri"/>
        </w:rPr>
        <w:br/>
      </w:r>
      <w:r>
        <w:rPr>
          <w:rStyle w:val="Siln"/>
          <w:rFonts w:ascii="Calibri" w:hAnsi="Calibri"/>
        </w:rPr>
        <w:t>RED-IZO:</w:t>
      </w:r>
      <w:r w:rsidR="003B4CC7">
        <w:rPr>
          <w:rFonts w:ascii="Calibri" w:hAnsi="Calibri"/>
        </w:rPr>
        <w:t xml:space="preserve"> </w:t>
      </w:r>
      <w:r w:rsidR="003B4CC7" w:rsidRPr="003B4CC7">
        <w:rPr>
          <w:rFonts w:ascii="Calibri" w:hAnsi="Calibri"/>
          <w:lang w:val="en-US"/>
        </w:rPr>
        <w:t>691001316</w:t>
      </w:r>
      <w:r>
        <w:rPr>
          <w:rFonts w:ascii="Calibri" w:hAnsi="Calibri"/>
        </w:rPr>
        <w:br/>
      </w:r>
      <w:r>
        <w:rPr>
          <w:rStyle w:val="Siln"/>
          <w:rFonts w:ascii="Calibri" w:hAnsi="Calibri"/>
        </w:rPr>
        <w:t>Telefon:</w:t>
      </w:r>
      <w:r w:rsidR="003B4CC7">
        <w:rPr>
          <w:rFonts w:ascii="Calibri" w:hAnsi="Calibri"/>
        </w:rPr>
        <w:t xml:space="preserve"> 778 767 011</w:t>
      </w:r>
      <w:r>
        <w:rPr>
          <w:rFonts w:ascii="Calibri" w:hAnsi="Calibri"/>
        </w:rPr>
        <w:br/>
      </w:r>
      <w:r>
        <w:rPr>
          <w:rStyle w:val="Siln"/>
          <w:rFonts w:ascii="Calibri" w:hAnsi="Calibri"/>
        </w:rPr>
        <w:t>E-mail:</w:t>
      </w:r>
      <w:r w:rsidR="002566AC">
        <w:rPr>
          <w:rStyle w:val="Siln"/>
          <w:rFonts w:ascii="Calibri" w:hAnsi="Calibri"/>
        </w:rPr>
        <w:t xml:space="preserve"> </w:t>
      </w:r>
      <w:r w:rsidR="002566AC" w:rsidRPr="002566AC">
        <w:rPr>
          <w:rStyle w:val="Siln"/>
          <w:rFonts w:ascii="Calibri" w:hAnsi="Calibri"/>
          <w:b w:val="0"/>
          <w:bCs w:val="0"/>
        </w:rPr>
        <w:t>mskokonin@seznam.cz</w:t>
      </w:r>
      <w:r>
        <w:rPr>
          <w:rFonts w:ascii="Calibri" w:hAnsi="Calibri"/>
        </w:rPr>
        <w:br/>
      </w:r>
      <w:proofErr w:type="gramStart"/>
      <w:r>
        <w:rPr>
          <w:rStyle w:val="Siln"/>
          <w:rFonts w:ascii="Calibri" w:hAnsi="Calibri"/>
        </w:rPr>
        <w:t>Web</w:t>
      </w:r>
      <w:proofErr w:type="gramEnd"/>
      <w:r>
        <w:rPr>
          <w:rStyle w:val="Siln"/>
          <w:rFonts w:ascii="Calibri" w:hAnsi="Calibri"/>
        </w:rPr>
        <w:t>:</w:t>
      </w:r>
      <w:r>
        <w:rPr>
          <w:rFonts w:ascii="Calibri" w:hAnsi="Calibri"/>
        </w:rPr>
        <w:t xml:space="preserve"> www.</w:t>
      </w:r>
      <w:r w:rsidR="002566AC">
        <w:rPr>
          <w:rFonts w:ascii="Calibri" w:hAnsi="Calibri"/>
        </w:rPr>
        <w:t>mskokonin.cz</w:t>
      </w:r>
    </w:p>
    <w:p w14:paraId="639AF33D" w14:textId="77777777" w:rsidR="00EC31C9" w:rsidRDefault="00EC31C9" w:rsidP="00A65840">
      <w:pPr>
        <w:pStyle w:val="Normlnweb"/>
        <w:spacing w:before="0" w:after="120" w:line="276" w:lineRule="auto"/>
      </w:pPr>
      <w:r>
        <w:rPr>
          <w:rStyle w:val="Siln"/>
          <w:rFonts w:ascii="Calibri" w:hAnsi="Calibri"/>
        </w:rPr>
        <w:t>Statutární zástupce školy:</w:t>
      </w:r>
      <w:r>
        <w:rPr>
          <w:rFonts w:ascii="Calibri" w:hAnsi="Calibri"/>
        </w:rPr>
        <w:br/>
        <w:t>Adéla Machalová, ředitelka školy</w:t>
      </w:r>
    </w:p>
    <w:p w14:paraId="639AF33E" w14:textId="77777777" w:rsidR="00EC31C9" w:rsidRDefault="00EC31C9" w:rsidP="00A65840">
      <w:pPr>
        <w:pStyle w:val="Normlnweb"/>
        <w:spacing w:before="0" w:after="120" w:line="276" w:lineRule="auto"/>
      </w:pPr>
      <w:r>
        <w:rPr>
          <w:rStyle w:val="Siln"/>
          <w:rFonts w:ascii="Calibri" w:hAnsi="Calibri"/>
        </w:rPr>
        <w:t>Zřizovatel školy:</w:t>
      </w:r>
      <w:r>
        <w:rPr>
          <w:rFonts w:ascii="Calibri" w:hAnsi="Calibri"/>
        </w:rPr>
        <w:br/>
        <w:t>Statutární město Jablonec nad Nisou</w:t>
      </w:r>
      <w:r>
        <w:rPr>
          <w:rFonts w:ascii="Calibri" w:hAnsi="Calibri"/>
        </w:rPr>
        <w:br/>
        <w:t>Mírové náměstí 3100/19, 466 01 Jablonec nad Nisou</w:t>
      </w:r>
    </w:p>
    <w:p w14:paraId="639AF33F" w14:textId="77777777" w:rsidR="00EC31C9" w:rsidRDefault="00EC31C9" w:rsidP="00A65840">
      <w:pPr>
        <w:pStyle w:val="Normlnweb"/>
        <w:spacing w:before="0" w:after="120" w:line="276" w:lineRule="auto"/>
      </w:pPr>
      <w:r>
        <w:rPr>
          <w:rStyle w:val="Siln"/>
          <w:rFonts w:ascii="Calibri" w:hAnsi="Calibri"/>
        </w:rPr>
        <w:t>Právní forma školy:</w:t>
      </w:r>
      <w:r>
        <w:rPr>
          <w:rFonts w:ascii="Calibri" w:hAnsi="Calibri"/>
        </w:rPr>
        <w:t xml:space="preserve"> příspěvková organizace</w:t>
      </w:r>
    </w:p>
    <w:p w14:paraId="639AF340" w14:textId="466DF822" w:rsidR="00EC31C9" w:rsidRDefault="00EC31C9" w:rsidP="00A65840">
      <w:pPr>
        <w:pStyle w:val="Normlnweb"/>
        <w:spacing w:before="0" w:after="120" w:line="276" w:lineRule="auto"/>
      </w:pPr>
      <w:r>
        <w:rPr>
          <w:rStyle w:val="Siln"/>
          <w:rFonts w:ascii="Calibri" w:hAnsi="Calibri"/>
        </w:rPr>
        <w:lastRenderedPageBreak/>
        <w:t>Číslo jednací:</w:t>
      </w:r>
      <w:r w:rsidR="00AC0818">
        <w:rPr>
          <w:rFonts w:ascii="Calibri" w:hAnsi="Calibri"/>
        </w:rPr>
        <w:t xml:space="preserve"> 454/2025</w:t>
      </w:r>
      <w:r>
        <w:rPr>
          <w:rFonts w:ascii="Calibri" w:hAnsi="Calibri"/>
        </w:rPr>
        <w:br/>
      </w:r>
      <w:r>
        <w:rPr>
          <w:rStyle w:val="Siln"/>
          <w:rFonts w:ascii="Calibri" w:hAnsi="Calibri"/>
        </w:rPr>
        <w:t>Platnost dokumentu:</w:t>
      </w:r>
      <w:r>
        <w:rPr>
          <w:rFonts w:ascii="Calibri" w:hAnsi="Calibri"/>
        </w:rPr>
        <w:t xml:space="preserve"> od 1. 9. 2025</w:t>
      </w:r>
      <w:r>
        <w:rPr>
          <w:rFonts w:ascii="Calibri" w:hAnsi="Calibri"/>
        </w:rPr>
        <w:br/>
      </w:r>
      <w:r>
        <w:rPr>
          <w:rStyle w:val="Siln"/>
          <w:rFonts w:ascii="Calibri" w:hAnsi="Calibri"/>
        </w:rPr>
        <w:t>Účinnost dokumentu:</w:t>
      </w:r>
      <w:r w:rsidR="00052232">
        <w:rPr>
          <w:rFonts w:ascii="Calibri" w:hAnsi="Calibri"/>
        </w:rPr>
        <w:t xml:space="preserve"> do 31. 8. 2028</w:t>
      </w:r>
      <w:r>
        <w:rPr>
          <w:rFonts w:ascii="Calibri" w:hAnsi="Calibri"/>
        </w:rPr>
        <w:br/>
      </w:r>
      <w:r>
        <w:rPr>
          <w:rStyle w:val="Siln"/>
          <w:rFonts w:ascii="Calibri" w:hAnsi="Calibri"/>
        </w:rPr>
        <w:t>Zpracovali:</w:t>
      </w:r>
      <w:r>
        <w:rPr>
          <w:rFonts w:ascii="Calibri" w:hAnsi="Calibri"/>
        </w:rPr>
        <w:t xml:space="preserve"> ředitelka školy Adéla Machalová společně s týmem interních i externích pedagogů.</w:t>
      </w:r>
    </w:p>
    <w:p w14:paraId="639AF341" w14:textId="77777777" w:rsidR="006E3717" w:rsidRDefault="005056D3" w:rsidP="00A65840">
      <w:pPr>
        <w:pStyle w:val="Nadpis1"/>
        <w:spacing w:before="0" w:after="120"/>
      </w:pPr>
      <w:r>
        <w:rPr>
          <w:rFonts w:ascii="Calibri" w:hAnsi="Calibri"/>
          <w:sz w:val="24"/>
        </w:rPr>
        <w:t xml:space="preserve">2. </w:t>
      </w:r>
      <w:proofErr w:type="spellStart"/>
      <w:r>
        <w:rPr>
          <w:rFonts w:ascii="Calibri" w:hAnsi="Calibri"/>
          <w:sz w:val="24"/>
        </w:rPr>
        <w:t>Charakteristika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školy</w:t>
      </w:r>
      <w:proofErr w:type="spellEnd"/>
    </w:p>
    <w:p w14:paraId="639AF342" w14:textId="77777777" w:rsidR="00EC31C9" w:rsidRPr="00EC31C9" w:rsidRDefault="00EC31C9" w:rsidP="00A65840">
      <w:p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Times New Roman"/>
          <w:szCs w:val="24"/>
          <w:lang w:val="cs-CZ" w:eastAsia="cs-CZ"/>
        </w:rPr>
        <w:t xml:space="preserve">Mateřská škola Kostička </w:t>
      </w:r>
      <w:proofErr w:type="spellStart"/>
      <w:r w:rsidRPr="00EC31C9">
        <w:rPr>
          <w:rFonts w:eastAsia="Times New Roman" w:cs="Times New Roman"/>
          <w:szCs w:val="24"/>
          <w:lang w:val="cs-CZ" w:eastAsia="cs-CZ"/>
        </w:rPr>
        <w:t>Kokonín</w:t>
      </w:r>
      <w:proofErr w:type="spellEnd"/>
      <w:r w:rsidRPr="00EC31C9">
        <w:rPr>
          <w:rFonts w:eastAsia="Times New Roman" w:cs="Times New Roman"/>
          <w:szCs w:val="24"/>
          <w:lang w:val="cs-CZ" w:eastAsia="cs-CZ"/>
        </w:rPr>
        <w:t xml:space="preserve"> se nachází v okrajové části Jablonce nad Nisou – </w:t>
      </w:r>
      <w:proofErr w:type="spellStart"/>
      <w:r w:rsidRPr="00EC31C9">
        <w:rPr>
          <w:rFonts w:eastAsia="Times New Roman" w:cs="Times New Roman"/>
          <w:b/>
          <w:bCs/>
          <w:szCs w:val="24"/>
          <w:lang w:val="cs-CZ" w:eastAsia="cs-CZ"/>
        </w:rPr>
        <w:t>Kokoníně</w:t>
      </w:r>
      <w:proofErr w:type="spellEnd"/>
      <w:r w:rsidRPr="00EC31C9">
        <w:rPr>
          <w:rFonts w:eastAsia="Times New Roman" w:cs="Times New Roman"/>
          <w:szCs w:val="24"/>
          <w:lang w:val="cs-CZ" w:eastAsia="cs-CZ"/>
        </w:rPr>
        <w:t>, v klidném prostředí rodinných domů, louky a lesa. Díky své poloze poskytuje dětem přirozený kontakt s přírodou a nabízí bohaté možnosti pro místně zakotvené a prožitkové učení.</w:t>
      </w:r>
    </w:p>
    <w:p w14:paraId="639AF343" w14:textId="77777777" w:rsidR="00EC31C9" w:rsidRPr="00EC31C9" w:rsidRDefault="00EC31C9" w:rsidP="00A65840">
      <w:p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Times New Roman"/>
          <w:szCs w:val="24"/>
          <w:lang w:val="cs-CZ" w:eastAsia="cs-CZ"/>
        </w:rPr>
        <w:t>Budova školy je původně jednopatrový objekt, který byl postupně modernizován tak, aby odpovídal potřebám předškolního vzdělávání. Prostory školy jsou funkčně uspořádány a esteticky podnětné. Každá třída má vlastní hernu, sociální zázemí a přímý přístup na školní zahradu.</w:t>
      </w:r>
    </w:p>
    <w:p w14:paraId="639AF344" w14:textId="77777777" w:rsidR="00EC31C9" w:rsidRPr="00EC31C9" w:rsidRDefault="00EC31C9" w:rsidP="00A65840">
      <w:p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Segoe UI Symbol"/>
          <w:szCs w:val="24"/>
          <w:lang w:val="cs-CZ" w:eastAsia="cs-CZ"/>
        </w:rPr>
        <w:t>🌱</w:t>
      </w:r>
      <w:r w:rsidRPr="00EC31C9">
        <w:rPr>
          <w:rFonts w:eastAsia="Times New Roman" w:cs="Times New Roman"/>
          <w:szCs w:val="24"/>
          <w:lang w:val="cs-CZ" w:eastAsia="cs-CZ"/>
        </w:rPr>
        <w:t xml:space="preserve">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Školní zahrada</w:t>
      </w:r>
      <w:r w:rsidRPr="00EC31C9">
        <w:rPr>
          <w:rFonts w:eastAsia="Times New Roman" w:cs="Times New Roman"/>
          <w:szCs w:val="24"/>
          <w:lang w:val="cs-CZ" w:eastAsia="cs-CZ"/>
        </w:rPr>
        <w:t xml:space="preserve"> je koncipována jako přírodní – s herními prvky z přírodních materiálů, vyvýšenými záhony, možností pohybových i tvořivých aktivit. Je pravidelně využívána k hrám, pohybu, badatelským a environmentálním činnostem.</w:t>
      </w:r>
    </w:p>
    <w:p w14:paraId="639AF345" w14:textId="38AA29E5" w:rsidR="00EC31C9" w:rsidRPr="00EC31C9" w:rsidRDefault="00EC31C9" w:rsidP="00A65840">
      <w:p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Segoe UI Symbol"/>
          <w:szCs w:val="24"/>
          <w:lang w:val="cs-CZ" w:eastAsia="cs-CZ"/>
        </w:rPr>
        <w:t>👧👦</w:t>
      </w:r>
      <w:r w:rsidRPr="00EC31C9">
        <w:rPr>
          <w:rFonts w:eastAsia="Times New Roman" w:cs="Times New Roman"/>
          <w:szCs w:val="24"/>
          <w:lang w:val="cs-CZ" w:eastAsia="cs-CZ"/>
        </w:rPr>
        <w:t xml:space="preserve">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Děti</w:t>
      </w:r>
      <w:r w:rsidRPr="00EC31C9">
        <w:rPr>
          <w:rFonts w:eastAsia="Times New Roman" w:cs="Times New Roman"/>
          <w:szCs w:val="24"/>
          <w:lang w:val="cs-CZ" w:eastAsia="cs-CZ"/>
        </w:rPr>
        <w:br/>
        <w:t xml:space="preserve">Kapacita školy je </w:t>
      </w:r>
      <w:r w:rsidR="00145587">
        <w:rPr>
          <w:rFonts w:eastAsia="Times New Roman" w:cs="Times New Roman"/>
          <w:szCs w:val="24"/>
          <w:lang w:val="cs-CZ" w:eastAsia="cs-CZ"/>
        </w:rPr>
        <w:t>88</w:t>
      </w:r>
      <w:r w:rsidRPr="00EC31C9">
        <w:rPr>
          <w:rFonts w:eastAsia="Times New Roman" w:cs="Times New Roman"/>
          <w:szCs w:val="24"/>
          <w:lang w:val="cs-CZ" w:eastAsia="cs-CZ"/>
        </w:rPr>
        <w:t xml:space="preserve"> dětí, které jsou rozděleny do </w:t>
      </w:r>
      <w:r w:rsidR="00145587">
        <w:rPr>
          <w:rFonts w:eastAsia="Times New Roman" w:cs="Times New Roman"/>
          <w:szCs w:val="24"/>
          <w:lang w:val="cs-CZ" w:eastAsia="cs-CZ"/>
        </w:rPr>
        <w:t>4</w:t>
      </w:r>
      <w:r w:rsidRPr="00EC31C9">
        <w:rPr>
          <w:rFonts w:eastAsia="Times New Roman" w:cs="Times New Roman"/>
          <w:szCs w:val="24"/>
          <w:lang w:val="cs-CZ" w:eastAsia="cs-CZ"/>
        </w:rPr>
        <w:t xml:space="preserve">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homogenních tříd</w:t>
      </w:r>
      <w:r w:rsidRPr="00EC31C9">
        <w:rPr>
          <w:rFonts w:eastAsia="Times New Roman" w:cs="Times New Roman"/>
          <w:szCs w:val="24"/>
          <w:lang w:val="cs-CZ" w:eastAsia="cs-CZ"/>
        </w:rPr>
        <w:t xml:space="preserve"> podle věku. Ve školce je více dětí s odlišným mateřským jazykem (OMJ) a také dětí s potřebou podpůrných opatření (inkluze). Škola se zaměřuje na jejich systematickou podporu a vytváří bezpečné a respektující prostředí, kde se všichni cítí přijati.</w:t>
      </w:r>
    </w:p>
    <w:p w14:paraId="639AF346" w14:textId="77777777" w:rsidR="00EC31C9" w:rsidRPr="00EC31C9" w:rsidRDefault="00EC31C9" w:rsidP="00A65840">
      <w:p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Segoe UI Symbol"/>
          <w:szCs w:val="24"/>
          <w:lang w:val="cs-CZ" w:eastAsia="cs-CZ"/>
        </w:rPr>
        <w:t>👩</w:t>
      </w:r>
      <w:r w:rsidRPr="00EC31C9">
        <w:rPr>
          <w:rFonts w:eastAsia="Times New Roman" w:cs="Times New Roman"/>
          <w:szCs w:val="24"/>
          <w:lang w:val="cs-CZ" w:eastAsia="cs-CZ"/>
        </w:rPr>
        <w:t>‍</w:t>
      </w:r>
      <w:r w:rsidRPr="00EC31C9">
        <w:rPr>
          <w:rFonts w:eastAsia="Times New Roman" w:cs="Segoe UI Symbol"/>
          <w:szCs w:val="24"/>
          <w:lang w:val="cs-CZ" w:eastAsia="cs-CZ"/>
        </w:rPr>
        <w:t>🏫</w:t>
      </w:r>
      <w:r w:rsidRPr="00EC31C9">
        <w:rPr>
          <w:rFonts w:eastAsia="Times New Roman" w:cs="Times New Roman"/>
          <w:szCs w:val="24"/>
          <w:lang w:val="cs-CZ" w:eastAsia="cs-CZ"/>
        </w:rPr>
        <w:t xml:space="preserve">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Pedagogický sbor</w:t>
      </w:r>
      <w:r w:rsidRPr="00EC31C9">
        <w:rPr>
          <w:rFonts w:eastAsia="Times New Roman" w:cs="Times New Roman"/>
          <w:szCs w:val="24"/>
          <w:lang w:val="cs-CZ" w:eastAsia="cs-CZ"/>
        </w:rPr>
        <w:br/>
        <w:t xml:space="preserve">Všechny učitelky absolvovaly kurz dětské jógy, která je systematicky začleňována do vzdělávání a denního rytmu dětí. Ve škole probíhá také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logopedická prevence</w:t>
      </w:r>
      <w:r w:rsidRPr="00EC31C9">
        <w:rPr>
          <w:rFonts w:eastAsia="Times New Roman" w:cs="Times New Roman"/>
          <w:szCs w:val="24"/>
          <w:lang w:val="cs-CZ" w:eastAsia="cs-CZ"/>
        </w:rPr>
        <w:t xml:space="preserve"> formou kroužku vedeného odborně proškolenými pedagogy.</w:t>
      </w:r>
    </w:p>
    <w:p w14:paraId="639AF347" w14:textId="77777777" w:rsidR="00EC31C9" w:rsidRPr="00EC31C9" w:rsidRDefault="00EC31C9" w:rsidP="00A65840">
      <w:p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Segoe UI Symbol"/>
          <w:szCs w:val="24"/>
          <w:lang w:val="cs-CZ" w:eastAsia="cs-CZ"/>
        </w:rPr>
        <w:t>✨</w:t>
      </w:r>
      <w:r w:rsidRPr="00EC31C9">
        <w:rPr>
          <w:rFonts w:eastAsia="Times New Roman" w:cs="Times New Roman"/>
          <w:szCs w:val="24"/>
          <w:lang w:val="cs-CZ" w:eastAsia="cs-CZ"/>
        </w:rPr>
        <w:t xml:space="preserve">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Profilace školy</w:t>
      </w:r>
      <w:r w:rsidRPr="00EC31C9">
        <w:rPr>
          <w:rFonts w:eastAsia="Times New Roman" w:cs="Times New Roman"/>
          <w:szCs w:val="24"/>
          <w:lang w:val="cs-CZ" w:eastAsia="cs-CZ"/>
        </w:rPr>
        <w:br/>
        <w:t xml:space="preserve">MŠ Kostička </w:t>
      </w:r>
      <w:proofErr w:type="spellStart"/>
      <w:r w:rsidRPr="00EC31C9">
        <w:rPr>
          <w:rFonts w:eastAsia="Times New Roman" w:cs="Times New Roman"/>
          <w:szCs w:val="24"/>
          <w:lang w:val="cs-CZ" w:eastAsia="cs-CZ"/>
        </w:rPr>
        <w:t>Kokonín</w:t>
      </w:r>
      <w:proofErr w:type="spellEnd"/>
      <w:r w:rsidRPr="00EC31C9">
        <w:rPr>
          <w:rFonts w:eastAsia="Times New Roman" w:cs="Times New Roman"/>
          <w:szCs w:val="24"/>
          <w:lang w:val="cs-CZ" w:eastAsia="cs-CZ"/>
        </w:rPr>
        <w:t xml:space="preserve"> se profiluje jako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vědomá školka s důrazem na zdravý životní styl, environmentální výchovu, inkluzi a rozvoj emoční pohody dětí</w:t>
      </w:r>
      <w:r w:rsidRPr="00EC31C9">
        <w:rPr>
          <w:rFonts w:eastAsia="Times New Roman" w:cs="Times New Roman"/>
          <w:szCs w:val="24"/>
          <w:lang w:val="cs-CZ" w:eastAsia="cs-CZ"/>
        </w:rPr>
        <w:t>. Hlavními vzdělávacími strategiemi jsou:</w:t>
      </w:r>
    </w:p>
    <w:p w14:paraId="639AF348" w14:textId="77777777" w:rsidR="00EC31C9" w:rsidRPr="00EC31C9" w:rsidRDefault="00EC31C9" w:rsidP="00A65840">
      <w:pPr>
        <w:numPr>
          <w:ilvl w:val="0"/>
          <w:numId w:val="7"/>
        </w:num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Times New Roman"/>
          <w:b/>
          <w:bCs/>
          <w:szCs w:val="24"/>
          <w:lang w:val="cs-CZ" w:eastAsia="cs-CZ"/>
        </w:rPr>
        <w:lastRenderedPageBreak/>
        <w:t>místně zakotvené učení (MZU)</w:t>
      </w:r>
      <w:r w:rsidRPr="00EC31C9">
        <w:rPr>
          <w:rFonts w:eastAsia="Times New Roman" w:cs="Times New Roman"/>
          <w:szCs w:val="24"/>
          <w:lang w:val="cs-CZ" w:eastAsia="cs-CZ"/>
        </w:rPr>
        <w:t xml:space="preserve"> – děti objevují své nejbližší okolí, učí se v souvislostech a vztahu k místu, kde žijí,</w:t>
      </w:r>
    </w:p>
    <w:p w14:paraId="639AF349" w14:textId="77777777" w:rsidR="00EC31C9" w:rsidRPr="00EC31C9" w:rsidRDefault="00EC31C9" w:rsidP="00A65840">
      <w:pPr>
        <w:numPr>
          <w:ilvl w:val="0"/>
          <w:numId w:val="7"/>
        </w:num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Times New Roman"/>
          <w:b/>
          <w:bCs/>
          <w:szCs w:val="24"/>
          <w:lang w:val="cs-CZ" w:eastAsia="cs-CZ"/>
        </w:rPr>
        <w:t>prožitkové učení</w:t>
      </w:r>
      <w:r w:rsidRPr="00EC31C9">
        <w:rPr>
          <w:rFonts w:eastAsia="Times New Roman" w:cs="Times New Roman"/>
          <w:szCs w:val="24"/>
          <w:lang w:val="cs-CZ" w:eastAsia="cs-CZ"/>
        </w:rPr>
        <w:t xml:space="preserve"> – důraz na aktivní zapojení, vlastní zkušenost, hru a radost z poznávání.</w:t>
      </w:r>
    </w:p>
    <w:p w14:paraId="639AF34A" w14:textId="77777777" w:rsidR="006E3717" w:rsidRPr="00611E65" w:rsidRDefault="00EC31C9" w:rsidP="00A65840">
      <w:pPr>
        <w:spacing w:beforeAutospacing="1" w:after="120" w:afterAutospacing="1"/>
        <w:rPr>
          <w:rFonts w:ascii="Times New Roman" w:eastAsia="Times New Roman" w:hAnsi="Times New Roman" w:cs="Times New Roman"/>
          <w:szCs w:val="24"/>
          <w:lang w:val="cs-CZ" w:eastAsia="cs-CZ"/>
        </w:rPr>
      </w:pPr>
      <w:r w:rsidRPr="00EC31C9">
        <w:rPr>
          <w:rFonts w:eastAsia="Times New Roman" w:cs="Times New Roman"/>
          <w:szCs w:val="24"/>
          <w:lang w:val="cs-CZ" w:eastAsia="cs-CZ"/>
        </w:rPr>
        <w:t xml:space="preserve">Součástí vzdělávací nabídky je </w:t>
      </w:r>
      <w:r w:rsidRPr="00EC31C9">
        <w:rPr>
          <w:rFonts w:eastAsia="Times New Roman" w:cs="Times New Roman"/>
          <w:b/>
          <w:bCs/>
          <w:szCs w:val="24"/>
          <w:lang w:val="cs-CZ" w:eastAsia="cs-CZ"/>
        </w:rPr>
        <w:t>dětská jóga, environmentální aktivity, logopedická prevence a podpora dětí s OMJ</w:t>
      </w:r>
      <w:r w:rsidRPr="00EC31C9">
        <w:rPr>
          <w:rFonts w:eastAsia="Times New Roman" w:cs="Times New Roman"/>
          <w:szCs w:val="24"/>
          <w:lang w:val="cs-CZ" w:eastAsia="cs-CZ"/>
        </w:rPr>
        <w:t>. Škola spolupracuje s rodiči, odborníky a místní komunitou.</w:t>
      </w:r>
    </w:p>
    <w:p w14:paraId="639AF34B" w14:textId="77777777" w:rsidR="00611E65" w:rsidRDefault="00611E65" w:rsidP="00A65840">
      <w:pPr>
        <w:pStyle w:val="Nadpis1"/>
        <w:spacing w:before="0" w:after="120"/>
      </w:pPr>
      <w:r>
        <w:rPr>
          <w:rFonts w:ascii="Calibri" w:hAnsi="Calibri"/>
          <w:sz w:val="24"/>
        </w:rPr>
        <w:t xml:space="preserve">3. </w:t>
      </w:r>
      <w:proofErr w:type="spellStart"/>
      <w:r>
        <w:rPr>
          <w:rFonts w:ascii="Calibri" w:hAnsi="Calibri"/>
          <w:sz w:val="24"/>
        </w:rPr>
        <w:t>Personální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zabezpečení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školy</w:t>
      </w:r>
      <w:proofErr w:type="spellEnd"/>
    </w:p>
    <w:p w14:paraId="639AF34C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/>
        </w:rPr>
        <w:t>V mateřské škole pracuje stabilní tým pedagogických pracovníků, kteří společně vytvářejí kvalitní podmínky pro předškolní vzdělávání a rozvoj všech dětí.</w:t>
      </w:r>
    </w:p>
    <w:p w14:paraId="639AF34D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 w:cs="Segoe UI Symbol"/>
        </w:rPr>
        <w:t>👩</w:t>
      </w:r>
      <w:r>
        <w:rPr>
          <w:rFonts w:ascii="Calibri" w:hAnsi="Calibri"/>
        </w:rPr>
        <w:t>‍</w:t>
      </w:r>
      <w:r>
        <w:rPr>
          <w:rFonts w:ascii="Calibri" w:hAnsi="Calibri" w:cs="Segoe UI Symbol"/>
        </w:rPr>
        <w:t>🏫</w:t>
      </w:r>
      <w:r>
        <w:rPr>
          <w:rFonts w:ascii="Calibri" w:hAnsi="Calibri"/>
        </w:rPr>
        <w:t xml:space="preserve"> </w:t>
      </w:r>
      <w:r>
        <w:rPr>
          <w:rStyle w:val="Siln"/>
          <w:rFonts w:ascii="Calibri" w:hAnsi="Calibri"/>
        </w:rPr>
        <w:t>Pedagogický sbor</w:t>
      </w:r>
    </w:p>
    <w:p w14:paraId="639AF34E" w14:textId="77777777" w:rsidR="00611E65" w:rsidRDefault="00611E65" w:rsidP="00A65840">
      <w:pPr>
        <w:pStyle w:val="Normlnweb"/>
        <w:numPr>
          <w:ilvl w:val="0"/>
          <w:numId w:val="8"/>
        </w:numPr>
        <w:spacing w:before="0" w:after="120" w:line="276" w:lineRule="auto"/>
      </w:pPr>
      <w:r>
        <w:rPr>
          <w:rFonts w:ascii="Calibri" w:hAnsi="Calibri"/>
        </w:rPr>
        <w:t>Všechny učitelky splňují požadavky na odbornou kvalifikaci dle zákona č. 563/2004 Sb.</w:t>
      </w:r>
    </w:p>
    <w:p w14:paraId="639AF34F" w14:textId="77777777" w:rsidR="00611E65" w:rsidRDefault="00611E65" w:rsidP="00A65840">
      <w:pPr>
        <w:pStyle w:val="Normlnweb"/>
        <w:numPr>
          <w:ilvl w:val="0"/>
          <w:numId w:val="8"/>
        </w:numPr>
        <w:spacing w:before="0" w:after="120" w:line="276" w:lineRule="auto"/>
      </w:pPr>
      <w:r>
        <w:rPr>
          <w:rFonts w:ascii="Calibri" w:hAnsi="Calibri"/>
        </w:rPr>
        <w:t>Všechny absolvovaly kurz dětské jógy, kterou systematicky začleňují do denního programu.</w:t>
      </w:r>
    </w:p>
    <w:p w14:paraId="639AF350" w14:textId="77777777" w:rsidR="00611E65" w:rsidRDefault="00611E65" w:rsidP="00A65840">
      <w:pPr>
        <w:pStyle w:val="Normlnweb"/>
        <w:numPr>
          <w:ilvl w:val="0"/>
          <w:numId w:val="8"/>
        </w:numPr>
        <w:spacing w:before="0" w:after="120" w:line="276" w:lineRule="auto"/>
      </w:pPr>
      <w:r>
        <w:rPr>
          <w:rFonts w:ascii="Calibri" w:hAnsi="Calibri"/>
        </w:rPr>
        <w:t>Pedagožky se dále vzdělávají v oblasti logopedické prevence, podpory dětí s OMJ a inkluze.</w:t>
      </w:r>
    </w:p>
    <w:p w14:paraId="639AF351" w14:textId="77777777" w:rsidR="00611E65" w:rsidRDefault="00611E65" w:rsidP="00A65840">
      <w:pPr>
        <w:pStyle w:val="Normlnweb"/>
        <w:numPr>
          <w:ilvl w:val="0"/>
          <w:numId w:val="8"/>
        </w:numPr>
        <w:spacing w:before="0" w:after="120" w:line="276" w:lineRule="auto"/>
      </w:pPr>
      <w:r>
        <w:rPr>
          <w:rFonts w:ascii="Calibri" w:hAnsi="Calibri"/>
        </w:rPr>
        <w:t>V práci uplatňují principy respektující komunikace a partnerského přístupu k dítěti i rodičům.</w:t>
      </w:r>
    </w:p>
    <w:p w14:paraId="639AF352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 w:cs="Segoe UI Symbol"/>
        </w:rPr>
        <w:t>👩</w:t>
      </w:r>
      <w:r>
        <w:rPr>
          <w:rFonts w:ascii="Calibri" w:hAnsi="Calibri"/>
        </w:rPr>
        <w:t>‍</w:t>
      </w:r>
      <w:r>
        <w:rPr>
          <w:rFonts w:ascii="Calibri" w:hAnsi="Calibri" w:cs="Segoe UI Symbol"/>
        </w:rPr>
        <w:t>⚕️</w:t>
      </w:r>
      <w:r>
        <w:rPr>
          <w:rFonts w:ascii="Calibri" w:hAnsi="Calibri"/>
        </w:rPr>
        <w:t xml:space="preserve"> </w:t>
      </w:r>
      <w:r>
        <w:rPr>
          <w:rStyle w:val="Siln"/>
          <w:rFonts w:ascii="Calibri" w:hAnsi="Calibri"/>
        </w:rPr>
        <w:t>Asistenti pedagoga a odborná podpora</w:t>
      </w:r>
    </w:p>
    <w:p w14:paraId="639AF353" w14:textId="77777777" w:rsidR="00611E65" w:rsidRDefault="00611E65" w:rsidP="00A65840">
      <w:pPr>
        <w:pStyle w:val="Normlnweb"/>
        <w:numPr>
          <w:ilvl w:val="0"/>
          <w:numId w:val="9"/>
        </w:numPr>
        <w:spacing w:before="0" w:after="120" w:line="276" w:lineRule="auto"/>
      </w:pPr>
      <w:r>
        <w:rPr>
          <w:rFonts w:ascii="Calibri" w:hAnsi="Calibri"/>
        </w:rPr>
        <w:t>Podle aktuální potřeby jsou do vzdělávání zapojeni asistenti pedagoga, kteří pomáhají při práci s dětmi se speciálními vzdělávacími potřebami a dětmi s OMJ.</w:t>
      </w:r>
    </w:p>
    <w:p w14:paraId="639AF354" w14:textId="77777777" w:rsidR="00611E65" w:rsidRDefault="00611E65" w:rsidP="00A65840">
      <w:pPr>
        <w:pStyle w:val="Normlnweb"/>
        <w:numPr>
          <w:ilvl w:val="0"/>
          <w:numId w:val="9"/>
        </w:numPr>
        <w:spacing w:before="0" w:after="120" w:line="276" w:lineRule="auto"/>
      </w:pPr>
      <w:r>
        <w:rPr>
          <w:rFonts w:ascii="Calibri" w:hAnsi="Calibri"/>
        </w:rPr>
        <w:t>Škola spolupracuje s logopedem, speciálním pedagogem a psychologem (PPP, SPC).</w:t>
      </w:r>
    </w:p>
    <w:p w14:paraId="639AF355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 w:cs="Segoe UI Symbol"/>
        </w:rPr>
        <w:t>👩</w:t>
      </w:r>
      <w:r>
        <w:rPr>
          <w:rFonts w:ascii="Calibri" w:hAnsi="Calibri"/>
        </w:rPr>
        <w:t>‍</w:t>
      </w:r>
      <w:r>
        <w:rPr>
          <w:rFonts w:ascii="Calibri" w:hAnsi="Calibri" w:cs="Segoe UI Symbol"/>
        </w:rPr>
        <w:t>👧</w:t>
      </w:r>
      <w:r>
        <w:rPr>
          <w:rFonts w:ascii="Calibri" w:hAnsi="Calibri"/>
        </w:rPr>
        <w:t xml:space="preserve"> </w:t>
      </w:r>
      <w:r>
        <w:rPr>
          <w:rStyle w:val="Siln"/>
          <w:rFonts w:ascii="Calibri" w:hAnsi="Calibri"/>
        </w:rPr>
        <w:t>Nepedagogičtí pracovníci</w:t>
      </w:r>
    </w:p>
    <w:p w14:paraId="639AF356" w14:textId="4F2AEE2B" w:rsidR="00611E65" w:rsidRDefault="00611E65" w:rsidP="00A65840">
      <w:pPr>
        <w:pStyle w:val="Normlnweb"/>
        <w:numPr>
          <w:ilvl w:val="0"/>
          <w:numId w:val="10"/>
        </w:numPr>
        <w:spacing w:before="0" w:after="120" w:line="276" w:lineRule="auto"/>
      </w:pPr>
      <w:r>
        <w:rPr>
          <w:rFonts w:ascii="Calibri" w:hAnsi="Calibri"/>
        </w:rPr>
        <w:t>O chod školy se starají školnice, uklízečk</w:t>
      </w:r>
      <w:r w:rsidR="00955CE8">
        <w:rPr>
          <w:rFonts w:ascii="Calibri" w:hAnsi="Calibri"/>
        </w:rPr>
        <w:t>a</w:t>
      </w:r>
      <w:r>
        <w:rPr>
          <w:rFonts w:ascii="Calibri" w:hAnsi="Calibri"/>
        </w:rPr>
        <w:t xml:space="preserve"> a kuchařky, které zajišťují příjemné a bezpečné prostředí pro děti.</w:t>
      </w:r>
    </w:p>
    <w:p w14:paraId="639AF357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 w:cs="Segoe UI Symbol"/>
        </w:rPr>
        <w:t>✨</w:t>
      </w:r>
      <w:r>
        <w:rPr>
          <w:rFonts w:ascii="Calibri" w:hAnsi="Calibri"/>
        </w:rPr>
        <w:t xml:space="preserve"> </w:t>
      </w:r>
      <w:r>
        <w:rPr>
          <w:rStyle w:val="Siln"/>
          <w:rFonts w:ascii="Calibri" w:hAnsi="Calibri"/>
        </w:rPr>
        <w:t>Spolupráce a týmová kultura</w:t>
      </w:r>
    </w:p>
    <w:p w14:paraId="639AF358" w14:textId="77777777" w:rsidR="00611E65" w:rsidRDefault="00611E65" w:rsidP="00A65840">
      <w:pPr>
        <w:pStyle w:val="Normlnweb"/>
        <w:numPr>
          <w:ilvl w:val="0"/>
          <w:numId w:val="11"/>
        </w:numPr>
        <w:spacing w:before="0" w:after="120" w:line="276" w:lineRule="auto"/>
      </w:pPr>
      <w:r>
        <w:rPr>
          <w:rFonts w:ascii="Calibri" w:hAnsi="Calibri"/>
        </w:rPr>
        <w:lastRenderedPageBreak/>
        <w:t>Všichni zaměstnanci školy tvoří sehraný tým, který se pravidelně setkává, konzultuje a plánuje společné vzdělávací aktivity.</w:t>
      </w:r>
    </w:p>
    <w:p w14:paraId="639AF359" w14:textId="77777777" w:rsidR="006E3717" w:rsidRDefault="00611E65" w:rsidP="00A65840">
      <w:pPr>
        <w:pStyle w:val="Normlnweb"/>
        <w:numPr>
          <w:ilvl w:val="0"/>
          <w:numId w:val="11"/>
        </w:numPr>
        <w:spacing w:before="0" w:after="120" w:line="276" w:lineRule="auto"/>
      </w:pPr>
      <w:r>
        <w:rPr>
          <w:rFonts w:ascii="Calibri" w:hAnsi="Calibri"/>
        </w:rPr>
        <w:t>Sdílení zkušeností, společné vzdělávání a otevřená komunikace jsou považovány za základ profesního růstu a kvality vzdělávání v MŠ.</w:t>
      </w:r>
    </w:p>
    <w:p w14:paraId="639AF35A" w14:textId="77777777" w:rsidR="00611E65" w:rsidRDefault="00611E65" w:rsidP="00A65840">
      <w:pPr>
        <w:pStyle w:val="Nadpis1"/>
        <w:spacing w:before="0" w:after="120"/>
      </w:pPr>
      <w:r>
        <w:rPr>
          <w:rFonts w:ascii="Calibri" w:hAnsi="Calibri"/>
          <w:sz w:val="24"/>
        </w:rPr>
        <w:t xml:space="preserve">4. </w:t>
      </w:r>
      <w:proofErr w:type="spellStart"/>
      <w:r>
        <w:rPr>
          <w:rFonts w:ascii="Calibri" w:hAnsi="Calibri"/>
          <w:sz w:val="24"/>
        </w:rPr>
        <w:t>Podmínky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vzdělávání</w:t>
      </w:r>
      <w:proofErr w:type="spellEnd"/>
    </w:p>
    <w:p w14:paraId="639AF35B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/>
        </w:rPr>
        <w:t xml:space="preserve">Podmínky vzdělávání v MŠ Kostička </w:t>
      </w:r>
      <w:proofErr w:type="spellStart"/>
      <w:r>
        <w:rPr>
          <w:rFonts w:ascii="Calibri" w:hAnsi="Calibri"/>
        </w:rPr>
        <w:t>Kokonín</w:t>
      </w:r>
      <w:proofErr w:type="spellEnd"/>
      <w:r>
        <w:rPr>
          <w:rFonts w:ascii="Calibri" w:hAnsi="Calibri"/>
        </w:rPr>
        <w:t xml:space="preserve"> jsou nastaveny tak, aby podporovaly zdravý psychický, fyzický i sociální rozvoj dětí a umožňovaly všem prožívat radostné a podnětné dětství.</w:t>
      </w:r>
    </w:p>
    <w:p w14:paraId="639AF35C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4.1 </w:t>
      </w:r>
      <w:proofErr w:type="spellStart"/>
      <w:r>
        <w:rPr>
          <w:rFonts w:ascii="Calibri" w:hAnsi="Calibri"/>
          <w:sz w:val="24"/>
        </w:rPr>
        <w:t>Materiální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podmínky</w:t>
      </w:r>
      <w:proofErr w:type="spellEnd"/>
    </w:p>
    <w:p w14:paraId="639AF35D" w14:textId="77777777" w:rsidR="00611E65" w:rsidRDefault="00611E65" w:rsidP="00A65840">
      <w:pPr>
        <w:pStyle w:val="Normlnweb"/>
        <w:numPr>
          <w:ilvl w:val="0"/>
          <w:numId w:val="12"/>
        </w:numPr>
        <w:spacing w:before="0" w:after="120" w:line="276" w:lineRule="auto"/>
      </w:pPr>
      <w:r>
        <w:rPr>
          <w:rFonts w:ascii="Calibri" w:hAnsi="Calibri"/>
        </w:rPr>
        <w:t>Budova školy je funkčně uspořádána, třídy jsou světlé, estetické a vybavené tak, aby podporovaly hru, učení a samostatnost dětí.</w:t>
      </w:r>
    </w:p>
    <w:p w14:paraId="639AF35E" w14:textId="77777777" w:rsidR="00611E65" w:rsidRDefault="00611E65" w:rsidP="00A65840">
      <w:pPr>
        <w:pStyle w:val="Normlnweb"/>
        <w:numPr>
          <w:ilvl w:val="0"/>
          <w:numId w:val="12"/>
        </w:numPr>
        <w:spacing w:before="0" w:after="120" w:line="276" w:lineRule="auto"/>
      </w:pPr>
      <w:r>
        <w:rPr>
          <w:rFonts w:ascii="Calibri" w:hAnsi="Calibri"/>
        </w:rPr>
        <w:t>Každá třída má přímý vstup na zahradu.</w:t>
      </w:r>
    </w:p>
    <w:p w14:paraId="639AF35F" w14:textId="77777777" w:rsidR="00611E65" w:rsidRDefault="00611E65" w:rsidP="00A65840">
      <w:pPr>
        <w:pStyle w:val="Normlnweb"/>
        <w:numPr>
          <w:ilvl w:val="0"/>
          <w:numId w:val="12"/>
        </w:numPr>
        <w:spacing w:before="0" w:after="120" w:line="276" w:lineRule="auto"/>
      </w:pPr>
      <w:r>
        <w:rPr>
          <w:rFonts w:ascii="Calibri" w:hAnsi="Calibri"/>
        </w:rPr>
        <w:t>Herní koutky a pomůcky jsou uspořádány tak, aby děti měly možnost volby a mohly se samostatně orientovat.</w:t>
      </w:r>
    </w:p>
    <w:p w14:paraId="639AF360" w14:textId="77777777" w:rsidR="00611E65" w:rsidRDefault="00611E65" w:rsidP="00A65840">
      <w:pPr>
        <w:pStyle w:val="Normlnweb"/>
        <w:numPr>
          <w:ilvl w:val="0"/>
          <w:numId w:val="12"/>
        </w:numPr>
        <w:spacing w:before="0" w:after="120" w:line="276" w:lineRule="auto"/>
      </w:pPr>
      <w:r>
        <w:rPr>
          <w:rFonts w:ascii="Calibri" w:hAnsi="Calibri"/>
        </w:rPr>
        <w:t>Školní zahrada je přírodní, s možností pohybových aktivit, badatelských činností, zahradničení a tvořivých her.</w:t>
      </w:r>
    </w:p>
    <w:p w14:paraId="639AF361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4.2 </w:t>
      </w:r>
      <w:proofErr w:type="spellStart"/>
      <w:r>
        <w:rPr>
          <w:rFonts w:ascii="Calibri" w:hAnsi="Calibri"/>
          <w:sz w:val="24"/>
        </w:rPr>
        <w:t>Životospráva</w:t>
      </w:r>
      <w:proofErr w:type="spellEnd"/>
    </w:p>
    <w:p w14:paraId="639AF362" w14:textId="77777777" w:rsidR="00611E65" w:rsidRDefault="00611E65" w:rsidP="00A65840">
      <w:pPr>
        <w:pStyle w:val="Normlnweb"/>
        <w:numPr>
          <w:ilvl w:val="0"/>
          <w:numId w:val="13"/>
        </w:numPr>
        <w:spacing w:before="0" w:after="120" w:line="276" w:lineRule="auto"/>
      </w:pPr>
      <w:r>
        <w:rPr>
          <w:rFonts w:ascii="Calibri" w:hAnsi="Calibri"/>
        </w:rPr>
        <w:t>Dětem je poskytována plnohodnotná a vyvážená strava s důrazem na pitný režim.</w:t>
      </w:r>
    </w:p>
    <w:p w14:paraId="639AF363" w14:textId="77777777" w:rsidR="00611E65" w:rsidRDefault="00611E65" w:rsidP="00A65840">
      <w:pPr>
        <w:pStyle w:val="Normlnweb"/>
        <w:numPr>
          <w:ilvl w:val="0"/>
          <w:numId w:val="13"/>
        </w:numPr>
        <w:spacing w:before="0" w:after="120" w:line="276" w:lineRule="auto"/>
      </w:pPr>
      <w:r>
        <w:rPr>
          <w:rFonts w:ascii="Calibri" w:hAnsi="Calibri"/>
        </w:rPr>
        <w:t>Jídelníček respektuje zásady zdravé výživy.</w:t>
      </w:r>
    </w:p>
    <w:p w14:paraId="639AF364" w14:textId="77777777" w:rsidR="00611E65" w:rsidRDefault="00611E65" w:rsidP="00A65840">
      <w:pPr>
        <w:pStyle w:val="Normlnweb"/>
        <w:numPr>
          <w:ilvl w:val="0"/>
          <w:numId w:val="13"/>
        </w:numPr>
        <w:spacing w:before="0" w:after="120" w:line="276" w:lineRule="auto"/>
      </w:pPr>
      <w:r>
        <w:rPr>
          <w:rFonts w:ascii="Calibri" w:hAnsi="Calibri"/>
        </w:rPr>
        <w:t>Denní režim je pravidelný, ale zároveň flexibilní a respektuje individuální potřeby dětí.</w:t>
      </w:r>
    </w:p>
    <w:p w14:paraId="639AF365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4.3 </w:t>
      </w:r>
      <w:proofErr w:type="spellStart"/>
      <w:r>
        <w:rPr>
          <w:rFonts w:ascii="Calibri" w:hAnsi="Calibri"/>
          <w:sz w:val="24"/>
        </w:rPr>
        <w:t>Psychosociální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podmínky</w:t>
      </w:r>
      <w:proofErr w:type="spellEnd"/>
    </w:p>
    <w:p w14:paraId="639AF366" w14:textId="77777777" w:rsidR="00611E65" w:rsidRDefault="00611E65" w:rsidP="00A65840">
      <w:pPr>
        <w:pStyle w:val="Normlnweb"/>
        <w:numPr>
          <w:ilvl w:val="0"/>
          <w:numId w:val="14"/>
        </w:numPr>
        <w:spacing w:before="0" w:after="120" w:line="276" w:lineRule="auto"/>
      </w:pPr>
      <w:r>
        <w:rPr>
          <w:rFonts w:ascii="Calibri" w:hAnsi="Calibri"/>
        </w:rPr>
        <w:t>Atmosféra ve škole je bezpečná, přátelská a respektující.</w:t>
      </w:r>
    </w:p>
    <w:p w14:paraId="639AF367" w14:textId="77777777" w:rsidR="00611E65" w:rsidRDefault="00611E65" w:rsidP="00A65840">
      <w:pPr>
        <w:pStyle w:val="Normlnweb"/>
        <w:numPr>
          <w:ilvl w:val="0"/>
          <w:numId w:val="14"/>
        </w:numPr>
        <w:spacing w:before="0" w:after="120" w:line="276" w:lineRule="auto"/>
      </w:pPr>
      <w:r>
        <w:rPr>
          <w:rFonts w:ascii="Calibri" w:hAnsi="Calibri"/>
        </w:rPr>
        <w:t>Děti jsou vedeny k ohleduplnosti, spolupráci a respektování pravidel.</w:t>
      </w:r>
    </w:p>
    <w:p w14:paraId="639AF368" w14:textId="77777777" w:rsidR="00611E65" w:rsidRDefault="00611E65" w:rsidP="00A65840">
      <w:pPr>
        <w:pStyle w:val="Normlnweb"/>
        <w:numPr>
          <w:ilvl w:val="0"/>
          <w:numId w:val="14"/>
        </w:numPr>
        <w:spacing w:before="0" w:after="120" w:line="276" w:lineRule="auto"/>
      </w:pPr>
      <w:r>
        <w:rPr>
          <w:rFonts w:ascii="Calibri" w:hAnsi="Calibri"/>
        </w:rPr>
        <w:t>Pedagogové uplatňují individuální přístup a podporují děti v jejich sebedůvěře a samostatnosti.</w:t>
      </w:r>
    </w:p>
    <w:p w14:paraId="639AF369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4.4 </w:t>
      </w:r>
      <w:proofErr w:type="spellStart"/>
      <w:r>
        <w:rPr>
          <w:rFonts w:ascii="Calibri" w:hAnsi="Calibri"/>
          <w:sz w:val="24"/>
        </w:rPr>
        <w:t>Organizace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vzdělávání</w:t>
      </w:r>
      <w:proofErr w:type="spellEnd"/>
    </w:p>
    <w:p w14:paraId="639AF36A" w14:textId="19336709" w:rsidR="00611E65" w:rsidRDefault="00611E65" w:rsidP="00A65840">
      <w:pPr>
        <w:pStyle w:val="Normlnweb"/>
        <w:numPr>
          <w:ilvl w:val="0"/>
          <w:numId w:val="15"/>
        </w:numPr>
        <w:spacing w:before="0" w:after="120" w:line="276" w:lineRule="auto"/>
      </w:pPr>
      <w:r>
        <w:rPr>
          <w:rFonts w:ascii="Calibri" w:hAnsi="Calibri"/>
        </w:rPr>
        <w:t xml:space="preserve">Děti jsou rozděleny do </w:t>
      </w:r>
      <w:r w:rsidR="00B93D47">
        <w:rPr>
          <w:rFonts w:ascii="Calibri" w:hAnsi="Calibri"/>
        </w:rPr>
        <w:t>4</w:t>
      </w:r>
      <w:r>
        <w:rPr>
          <w:rFonts w:ascii="Calibri" w:hAnsi="Calibri"/>
        </w:rPr>
        <w:t xml:space="preserve"> homogenních tříd podle věku.</w:t>
      </w:r>
    </w:p>
    <w:p w14:paraId="639AF36B" w14:textId="77777777" w:rsidR="00611E65" w:rsidRDefault="00611E65" w:rsidP="00A65840">
      <w:pPr>
        <w:pStyle w:val="Normlnweb"/>
        <w:numPr>
          <w:ilvl w:val="0"/>
          <w:numId w:val="15"/>
        </w:numPr>
        <w:spacing w:before="0" w:after="120" w:line="276" w:lineRule="auto"/>
      </w:pPr>
      <w:r>
        <w:rPr>
          <w:rFonts w:ascii="Calibri" w:hAnsi="Calibri"/>
        </w:rPr>
        <w:t>Denní režim zahrnuje dostatek volné hry, pohybu venku i řízených činností.</w:t>
      </w:r>
    </w:p>
    <w:p w14:paraId="639AF36C" w14:textId="77777777" w:rsidR="00611E65" w:rsidRDefault="00611E65" w:rsidP="00A65840">
      <w:pPr>
        <w:pStyle w:val="Normlnweb"/>
        <w:numPr>
          <w:ilvl w:val="0"/>
          <w:numId w:val="15"/>
        </w:numPr>
        <w:spacing w:before="0" w:after="120" w:line="276" w:lineRule="auto"/>
      </w:pPr>
      <w:r>
        <w:rPr>
          <w:rFonts w:ascii="Calibri" w:hAnsi="Calibri"/>
        </w:rPr>
        <w:lastRenderedPageBreak/>
        <w:t xml:space="preserve">Součástí programu je systematické zařazování </w:t>
      </w:r>
      <w:r>
        <w:rPr>
          <w:rStyle w:val="Siln"/>
          <w:rFonts w:ascii="Calibri" w:hAnsi="Calibri"/>
        </w:rPr>
        <w:t>dětské jógy</w:t>
      </w:r>
      <w:r>
        <w:rPr>
          <w:rFonts w:ascii="Calibri" w:hAnsi="Calibri"/>
        </w:rPr>
        <w:t>, environmentálních aktivit a logopedické prevence.</w:t>
      </w:r>
    </w:p>
    <w:p w14:paraId="639AF36D" w14:textId="77777777" w:rsidR="00611E65" w:rsidRDefault="00611E65" w:rsidP="00A65840">
      <w:pPr>
        <w:pStyle w:val="Normlnweb"/>
        <w:numPr>
          <w:ilvl w:val="0"/>
          <w:numId w:val="15"/>
        </w:numPr>
        <w:spacing w:before="0" w:after="120" w:line="276" w:lineRule="auto"/>
      </w:pPr>
      <w:r>
        <w:rPr>
          <w:rFonts w:ascii="Calibri" w:hAnsi="Calibri"/>
        </w:rPr>
        <w:t>Škola pravidelně využívá blízké přírodní prostředí – louky, lesy a okolní krajinu – pro místně zakotvené učení.</w:t>
      </w:r>
    </w:p>
    <w:p w14:paraId="639AF36E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4.5 </w:t>
      </w:r>
      <w:proofErr w:type="spellStart"/>
      <w:r>
        <w:rPr>
          <w:rFonts w:ascii="Calibri" w:hAnsi="Calibri"/>
          <w:sz w:val="24"/>
        </w:rPr>
        <w:t>Personální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podmínky</w:t>
      </w:r>
      <w:proofErr w:type="spellEnd"/>
    </w:p>
    <w:p w14:paraId="639AF36F" w14:textId="77777777" w:rsidR="00611E65" w:rsidRDefault="00611E65" w:rsidP="00A65840">
      <w:pPr>
        <w:pStyle w:val="Normlnweb"/>
        <w:numPr>
          <w:ilvl w:val="0"/>
          <w:numId w:val="16"/>
        </w:numPr>
        <w:spacing w:before="0" w:after="120" w:line="276" w:lineRule="auto"/>
      </w:pPr>
      <w:r>
        <w:rPr>
          <w:rFonts w:ascii="Calibri" w:hAnsi="Calibri"/>
        </w:rPr>
        <w:t>Vzdělávání zajišťují kvalifikované učitelky, asistenti pedagoga a nepedagogičtí pracovníci.</w:t>
      </w:r>
    </w:p>
    <w:p w14:paraId="639AF370" w14:textId="77777777" w:rsidR="00611E65" w:rsidRDefault="00611E65" w:rsidP="00A65840">
      <w:pPr>
        <w:pStyle w:val="Normlnweb"/>
        <w:numPr>
          <w:ilvl w:val="0"/>
          <w:numId w:val="16"/>
        </w:numPr>
        <w:spacing w:before="0" w:after="120" w:line="276" w:lineRule="auto"/>
      </w:pPr>
      <w:r>
        <w:rPr>
          <w:rFonts w:ascii="Calibri" w:hAnsi="Calibri"/>
        </w:rPr>
        <w:t>Tým se pravidelně vzdělává a účastní odborných kurzů.</w:t>
      </w:r>
    </w:p>
    <w:p w14:paraId="639AF371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4.6 </w:t>
      </w:r>
      <w:proofErr w:type="spellStart"/>
      <w:r>
        <w:rPr>
          <w:rFonts w:ascii="Calibri" w:hAnsi="Calibri"/>
          <w:sz w:val="24"/>
        </w:rPr>
        <w:t>Spolupráce</w:t>
      </w:r>
      <w:proofErr w:type="spellEnd"/>
      <w:r>
        <w:rPr>
          <w:rFonts w:ascii="Calibri" w:hAnsi="Calibri"/>
          <w:sz w:val="24"/>
        </w:rPr>
        <w:t xml:space="preserve"> s </w:t>
      </w:r>
      <w:proofErr w:type="spellStart"/>
      <w:r>
        <w:rPr>
          <w:rFonts w:ascii="Calibri" w:hAnsi="Calibri"/>
          <w:sz w:val="24"/>
        </w:rPr>
        <w:t>rodinou</w:t>
      </w:r>
      <w:proofErr w:type="spellEnd"/>
      <w:r>
        <w:rPr>
          <w:rFonts w:ascii="Calibri" w:hAnsi="Calibri"/>
          <w:sz w:val="24"/>
        </w:rPr>
        <w:t xml:space="preserve"> a </w:t>
      </w:r>
      <w:proofErr w:type="spellStart"/>
      <w:r>
        <w:rPr>
          <w:rFonts w:ascii="Calibri" w:hAnsi="Calibri"/>
          <w:sz w:val="24"/>
        </w:rPr>
        <w:t>komunitou</w:t>
      </w:r>
      <w:proofErr w:type="spellEnd"/>
    </w:p>
    <w:p w14:paraId="639AF372" w14:textId="77777777" w:rsidR="00611E65" w:rsidRDefault="00611E65" w:rsidP="00A65840">
      <w:pPr>
        <w:pStyle w:val="Normlnweb"/>
        <w:numPr>
          <w:ilvl w:val="0"/>
          <w:numId w:val="17"/>
        </w:numPr>
        <w:spacing w:before="0" w:after="120" w:line="276" w:lineRule="auto"/>
      </w:pPr>
      <w:r>
        <w:rPr>
          <w:rFonts w:ascii="Calibri" w:hAnsi="Calibri"/>
        </w:rPr>
        <w:t>Škola spolupracuje s rodiči formou třídních schůzek, konzultací a společných akcí.</w:t>
      </w:r>
    </w:p>
    <w:p w14:paraId="639AF373" w14:textId="77777777" w:rsidR="00611E65" w:rsidRDefault="00611E65" w:rsidP="00A65840">
      <w:pPr>
        <w:pStyle w:val="Normlnweb"/>
        <w:numPr>
          <w:ilvl w:val="0"/>
          <w:numId w:val="17"/>
        </w:numPr>
        <w:spacing w:before="0" w:after="120" w:line="276" w:lineRule="auto"/>
      </w:pPr>
      <w:r>
        <w:rPr>
          <w:rFonts w:ascii="Calibri" w:hAnsi="Calibri"/>
        </w:rPr>
        <w:t>Aktivně zapojuje rodiče do života školy a podporuje otevřenou komunikaci.</w:t>
      </w:r>
    </w:p>
    <w:p w14:paraId="639AF374" w14:textId="77777777" w:rsidR="00611E65" w:rsidRDefault="00611E65" w:rsidP="00A65840">
      <w:pPr>
        <w:pStyle w:val="Normlnweb"/>
        <w:numPr>
          <w:ilvl w:val="0"/>
          <w:numId w:val="17"/>
        </w:numPr>
        <w:spacing w:before="0" w:after="120" w:line="276" w:lineRule="auto"/>
      </w:pPr>
      <w:r>
        <w:rPr>
          <w:rFonts w:ascii="Calibri" w:hAnsi="Calibri"/>
        </w:rPr>
        <w:t>Spolupracuje s městem, místní knihovnou, spolky a odborníky z PPP a SPC.</w:t>
      </w:r>
    </w:p>
    <w:p w14:paraId="639AF375" w14:textId="77777777" w:rsidR="00611E65" w:rsidRPr="00611E65" w:rsidRDefault="00611E65" w:rsidP="00A65840">
      <w:pPr>
        <w:spacing w:after="120"/>
      </w:pPr>
    </w:p>
    <w:p w14:paraId="639AF376" w14:textId="77777777" w:rsidR="006E3717" w:rsidRDefault="005056D3" w:rsidP="00A65840">
      <w:pPr>
        <w:pStyle w:val="Nadpis1"/>
        <w:spacing w:before="0" w:after="120"/>
      </w:pPr>
      <w:r>
        <w:rPr>
          <w:rFonts w:ascii="Calibri" w:hAnsi="Calibri"/>
          <w:sz w:val="24"/>
        </w:rPr>
        <w:t xml:space="preserve">5. </w:t>
      </w:r>
      <w:proofErr w:type="spellStart"/>
      <w:r>
        <w:rPr>
          <w:rFonts w:ascii="Calibri" w:hAnsi="Calibri"/>
          <w:sz w:val="24"/>
        </w:rPr>
        <w:t>Charakteristika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vzdělávacího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 w:rsidR="00611E65">
        <w:rPr>
          <w:rFonts w:ascii="Calibri" w:hAnsi="Calibri"/>
          <w:sz w:val="24"/>
        </w:rPr>
        <w:t>program</w:t>
      </w:r>
      <w:r>
        <w:rPr>
          <w:rFonts w:ascii="Calibri" w:hAnsi="Calibri"/>
          <w:sz w:val="24"/>
        </w:rPr>
        <w:t>u</w:t>
      </w:r>
      <w:proofErr w:type="spellEnd"/>
    </w:p>
    <w:p w14:paraId="639AF377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5.1 Vize </w:t>
      </w:r>
      <w:proofErr w:type="spellStart"/>
      <w:r>
        <w:rPr>
          <w:rFonts w:ascii="Calibri" w:hAnsi="Calibri"/>
          <w:sz w:val="24"/>
        </w:rPr>
        <w:t>školy</w:t>
      </w:r>
      <w:proofErr w:type="spellEnd"/>
    </w:p>
    <w:p w14:paraId="639AF378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/>
        </w:rPr>
        <w:t xml:space="preserve">Mateřská škola Kostička </w:t>
      </w:r>
      <w:proofErr w:type="spellStart"/>
      <w:r>
        <w:rPr>
          <w:rFonts w:ascii="Calibri" w:hAnsi="Calibri"/>
        </w:rPr>
        <w:t>Kokonín</w:t>
      </w:r>
      <w:proofErr w:type="spellEnd"/>
      <w:r>
        <w:rPr>
          <w:rFonts w:ascii="Calibri" w:hAnsi="Calibri"/>
        </w:rPr>
        <w:t xml:space="preserve"> je </w:t>
      </w:r>
      <w:r>
        <w:rPr>
          <w:rStyle w:val="Siln"/>
          <w:rFonts w:ascii="Calibri" w:hAnsi="Calibri"/>
        </w:rPr>
        <w:t>bezpečné a radostné místo</w:t>
      </w:r>
      <w:r>
        <w:rPr>
          <w:rFonts w:ascii="Calibri" w:hAnsi="Calibri"/>
        </w:rPr>
        <w:t>, kde děti nacházejí jistotu, přijetí a porozumění. Chceme, aby každé dítě odcházelo ze školky jako sebevědomá, zvídavá a samostatná osobnost, která má chuť objevovat svět kolem sebe a věří ve své schopnosti.</w:t>
      </w:r>
    </w:p>
    <w:p w14:paraId="639AF379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5.2 </w:t>
      </w:r>
      <w:proofErr w:type="spellStart"/>
      <w:r>
        <w:rPr>
          <w:rFonts w:ascii="Calibri" w:hAnsi="Calibri"/>
          <w:sz w:val="24"/>
        </w:rPr>
        <w:t>Poslání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školy</w:t>
      </w:r>
      <w:proofErr w:type="spellEnd"/>
    </w:p>
    <w:p w14:paraId="639AF37A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/>
        </w:rPr>
        <w:t>Naším posláním je vytvářet podnětné a laskavé prostředí, kde se děti rozvíjejí přirozenou cestou prostřednictvím hry, pohybu a tvořivé činnosti. Usilujeme o to, aby vzdělávání v naší mateřské škole podporovalo:</w:t>
      </w:r>
    </w:p>
    <w:p w14:paraId="639AF37B" w14:textId="77777777" w:rsidR="00611E65" w:rsidRDefault="00611E65" w:rsidP="00A65840">
      <w:pPr>
        <w:pStyle w:val="Normlnweb"/>
        <w:numPr>
          <w:ilvl w:val="0"/>
          <w:numId w:val="18"/>
        </w:numPr>
        <w:spacing w:before="0" w:after="120" w:line="276" w:lineRule="auto"/>
      </w:pPr>
      <w:r>
        <w:rPr>
          <w:rFonts w:ascii="Calibri" w:hAnsi="Calibri"/>
        </w:rPr>
        <w:t>zdravý životní styl,</w:t>
      </w:r>
    </w:p>
    <w:p w14:paraId="639AF37C" w14:textId="77777777" w:rsidR="00611E65" w:rsidRDefault="00611E65" w:rsidP="00A65840">
      <w:pPr>
        <w:pStyle w:val="Normlnweb"/>
        <w:numPr>
          <w:ilvl w:val="0"/>
          <w:numId w:val="18"/>
        </w:numPr>
        <w:spacing w:before="0" w:after="120" w:line="276" w:lineRule="auto"/>
      </w:pPr>
      <w:r>
        <w:rPr>
          <w:rFonts w:ascii="Calibri" w:hAnsi="Calibri"/>
        </w:rPr>
        <w:t>respektující a partnerský přístup,</w:t>
      </w:r>
    </w:p>
    <w:p w14:paraId="639AF37D" w14:textId="77777777" w:rsidR="00611E65" w:rsidRDefault="00611E65" w:rsidP="00A65840">
      <w:pPr>
        <w:pStyle w:val="Normlnweb"/>
        <w:numPr>
          <w:ilvl w:val="0"/>
          <w:numId w:val="18"/>
        </w:numPr>
        <w:spacing w:before="0" w:after="120" w:line="276" w:lineRule="auto"/>
      </w:pPr>
      <w:r>
        <w:rPr>
          <w:rFonts w:ascii="Calibri" w:hAnsi="Calibri"/>
        </w:rPr>
        <w:t>environmentální cítění,</w:t>
      </w:r>
    </w:p>
    <w:p w14:paraId="639AF37E" w14:textId="77777777" w:rsidR="00611E65" w:rsidRDefault="00611E65" w:rsidP="00A65840">
      <w:pPr>
        <w:pStyle w:val="Normlnweb"/>
        <w:numPr>
          <w:ilvl w:val="0"/>
          <w:numId w:val="18"/>
        </w:numPr>
        <w:spacing w:before="0" w:after="120" w:line="276" w:lineRule="auto"/>
      </w:pPr>
      <w:r>
        <w:rPr>
          <w:rFonts w:ascii="Calibri" w:hAnsi="Calibri"/>
        </w:rPr>
        <w:t>otevřenost a inkluzi,</w:t>
      </w:r>
    </w:p>
    <w:p w14:paraId="639AF37F" w14:textId="77777777" w:rsidR="00611E65" w:rsidRPr="0067325F" w:rsidRDefault="00611E65" w:rsidP="00A65840">
      <w:pPr>
        <w:pStyle w:val="Normlnweb"/>
        <w:numPr>
          <w:ilvl w:val="0"/>
          <w:numId w:val="18"/>
        </w:numPr>
        <w:spacing w:before="0" w:after="120" w:line="276" w:lineRule="auto"/>
      </w:pPr>
      <w:r>
        <w:rPr>
          <w:rFonts w:ascii="Calibri" w:hAnsi="Calibri"/>
        </w:rPr>
        <w:t>emoční pohodu a vědomou práci s dechem a tělem.</w:t>
      </w:r>
    </w:p>
    <w:p w14:paraId="17CFD26D" w14:textId="77777777" w:rsidR="0067325F" w:rsidRDefault="0067325F" w:rsidP="00A65840">
      <w:pPr>
        <w:pStyle w:val="Normlnweb"/>
        <w:spacing w:before="0" w:after="120" w:line="276" w:lineRule="auto"/>
        <w:rPr>
          <w:rFonts w:ascii="Calibri" w:hAnsi="Calibri"/>
        </w:rPr>
      </w:pPr>
    </w:p>
    <w:p w14:paraId="10F15F8B" w14:textId="77777777" w:rsidR="0067325F" w:rsidRDefault="0067325F" w:rsidP="00A65840">
      <w:pPr>
        <w:pStyle w:val="Normlnweb"/>
        <w:spacing w:before="0" w:after="120" w:line="276" w:lineRule="auto"/>
      </w:pPr>
    </w:p>
    <w:p w14:paraId="639AF380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5.3 Profilace </w:t>
      </w:r>
      <w:proofErr w:type="spellStart"/>
      <w:r>
        <w:rPr>
          <w:rFonts w:ascii="Calibri" w:hAnsi="Calibri"/>
          <w:sz w:val="24"/>
        </w:rPr>
        <w:t>školy</w:t>
      </w:r>
      <w:proofErr w:type="spellEnd"/>
    </w:p>
    <w:p w14:paraId="639AF381" w14:textId="77777777" w:rsidR="00611E65" w:rsidRDefault="00611E65" w:rsidP="00A65840">
      <w:pPr>
        <w:pStyle w:val="Normlnweb"/>
        <w:spacing w:before="0" w:after="120" w:line="276" w:lineRule="auto"/>
      </w:pPr>
      <w:r>
        <w:rPr>
          <w:rFonts w:ascii="Calibri" w:hAnsi="Calibri"/>
        </w:rPr>
        <w:t xml:space="preserve">Školní vzdělávací program „MŠ Kostička </w:t>
      </w:r>
      <w:proofErr w:type="spellStart"/>
      <w:r>
        <w:rPr>
          <w:rFonts w:ascii="Calibri" w:hAnsi="Calibri"/>
        </w:rPr>
        <w:t>Kokonín</w:t>
      </w:r>
      <w:proofErr w:type="spellEnd"/>
      <w:r>
        <w:rPr>
          <w:rFonts w:ascii="Calibri" w:hAnsi="Calibri"/>
        </w:rPr>
        <w:t xml:space="preserve"> – s radostí, v pohybu a v přírodě“ se zaměřuje na:</w:t>
      </w:r>
    </w:p>
    <w:p w14:paraId="639AF382" w14:textId="77777777" w:rsidR="00611E65" w:rsidRDefault="00611E65" w:rsidP="00A65840">
      <w:pPr>
        <w:pStyle w:val="Normlnweb"/>
        <w:numPr>
          <w:ilvl w:val="0"/>
          <w:numId w:val="19"/>
        </w:numPr>
        <w:spacing w:before="0" w:after="120" w:line="276" w:lineRule="auto"/>
      </w:pPr>
      <w:r>
        <w:rPr>
          <w:rStyle w:val="Siln"/>
          <w:rFonts w:ascii="Calibri" w:hAnsi="Calibri"/>
        </w:rPr>
        <w:t>dětskou jógu a pohyb</w:t>
      </w:r>
      <w:r>
        <w:rPr>
          <w:rFonts w:ascii="Calibri" w:hAnsi="Calibri"/>
        </w:rPr>
        <w:t xml:space="preserve"> jako součást zdravého životního stylu,</w:t>
      </w:r>
    </w:p>
    <w:p w14:paraId="639AF383" w14:textId="77777777" w:rsidR="00611E65" w:rsidRDefault="00611E65" w:rsidP="00A65840">
      <w:pPr>
        <w:pStyle w:val="Normlnweb"/>
        <w:numPr>
          <w:ilvl w:val="0"/>
          <w:numId w:val="19"/>
        </w:numPr>
        <w:spacing w:before="0" w:after="120" w:line="276" w:lineRule="auto"/>
      </w:pPr>
      <w:r>
        <w:rPr>
          <w:rStyle w:val="Siln"/>
          <w:rFonts w:ascii="Calibri" w:hAnsi="Calibri"/>
        </w:rPr>
        <w:t>environmentální vzdělávání</w:t>
      </w:r>
      <w:r>
        <w:rPr>
          <w:rFonts w:ascii="Calibri" w:hAnsi="Calibri"/>
        </w:rPr>
        <w:t xml:space="preserve"> a přímý kontakt s přírodou,</w:t>
      </w:r>
    </w:p>
    <w:p w14:paraId="639AF384" w14:textId="77777777" w:rsidR="00611E65" w:rsidRDefault="00611E65" w:rsidP="00A65840">
      <w:pPr>
        <w:pStyle w:val="Normlnweb"/>
        <w:numPr>
          <w:ilvl w:val="0"/>
          <w:numId w:val="19"/>
        </w:numPr>
        <w:spacing w:before="0" w:after="120" w:line="276" w:lineRule="auto"/>
      </w:pPr>
      <w:r>
        <w:rPr>
          <w:rStyle w:val="Siln"/>
          <w:rFonts w:ascii="Calibri" w:hAnsi="Calibri"/>
        </w:rPr>
        <w:t>logopedickou prevenci</w:t>
      </w:r>
      <w:r>
        <w:rPr>
          <w:rFonts w:ascii="Calibri" w:hAnsi="Calibri"/>
        </w:rPr>
        <w:t xml:space="preserve"> a podporu komunikačních dovedností,</w:t>
      </w:r>
    </w:p>
    <w:p w14:paraId="639AF385" w14:textId="77777777" w:rsidR="00611E65" w:rsidRDefault="00611E65" w:rsidP="00A65840">
      <w:pPr>
        <w:pStyle w:val="Normlnweb"/>
        <w:numPr>
          <w:ilvl w:val="0"/>
          <w:numId w:val="19"/>
        </w:numPr>
        <w:spacing w:before="0" w:after="120" w:line="276" w:lineRule="auto"/>
      </w:pPr>
      <w:r>
        <w:rPr>
          <w:rStyle w:val="Siln"/>
          <w:rFonts w:ascii="Calibri" w:hAnsi="Calibri"/>
        </w:rPr>
        <w:t>inkluzivní vzdělávání</w:t>
      </w:r>
      <w:r>
        <w:rPr>
          <w:rFonts w:ascii="Calibri" w:hAnsi="Calibri"/>
        </w:rPr>
        <w:t xml:space="preserve"> a práci s dětmi s OMJ,</w:t>
      </w:r>
    </w:p>
    <w:p w14:paraId="639AF386" w14:textId="77777777" w:rsidR="00611E65" w:rsidRDefault="00611E65" w:rsidP="00A65840">
      <w:pPr>
        <w:pStyle w:val="Normlnweb"/>
        <w:numPr>
          <w:ilvl w:val="0"/>
          <w:numId w:val="19"/>
        </w:numPr>
        <w:spacing w:before="0" w:after="120" w:line="276" w:lineRule="auto"/>
      </w:pPr>
      <w:r>
        <w:rPr>
          <w:rStyle w:val="Siln"/>
          <w:rFonts w:ascii="Calibri" w:hAnsi="Calibri"/>
        </w:rPr>
        <w:t>emoční a sociální rozvoj</w:t>
      </w:r>
      <w:r>
        <w:rPr>
          <w:rFonts w:ascii="Calibri" w:hAnsi="Calibri"/>
        </w:rPr>
        <w:t xml:space="preserve"> s důrazem na partnerský přístup.</w:t>
      </w:r>
    </w:p>
    <w:p w14:paraId="639AF387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5.4 </w:t>
      </w:r>
      <w:proofErr w:type="spellStart"/>
      <w:r>
        <w:rPr>
          <w:rFonts w:ascii="Calibri" w:hAnsi="Calibri"/>
          <w:sz w:val="24"/>
        </w:rPr>
        <w:t>Hlavní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vzdělávací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strategie</w:t>
      </w:r>
      <w:proofErr w:type="spellEnd"/>
    </w:p>
    <w:p w14:paraId="639AF388" w14:textId="77777777" w:rsidR="00611E65" w:rsidRDefault="00611E65" w:rsidP="00A65840">
      <w:pPr>
        <w:pStyle w:val="Normlnweb"/>
        <w:numPr>
          <w:ilvl w:val="0"/>
          <w:numId w:val="20"/>
        </w:numPr>
        <w:spacing w:before="0" w:after="120" w:line="276" w:lineRule="auto"/>
      </w:pPr>
      <w:r>
        <w:rPr>
          <w:rStyle w:val="Siln"/>
          <w:rFonts w:ascii="Calibri" w:hAnsi="Calibri"/>
        </w:rPr>
        <w:t>Místně zakotvené učení (MZU):</w:t>
      </w:r>
      <w:r>
        <w:rPr>
          <w:rFonts w:ascii="Calibri" w:hAnsi="Calibri"/>
        </w:rPr>
        <w:t xml:space="preserve"> děti poznávají své okolí, učí se propojovat zážitky z přírody a komunity s vlastní zkušeností.</w:t>
      </w:r>
    </w:p>
    <w:p w14:paraId="639AF389" w14:textId="77777777" w:rsidR="00611E65" w:rsidRDefault="00611E65" w:rsidP="00A65840">
      <w:pPr>
        <w:pStyle w:val="Normlnweb"/>
        <w:numPr>
          <w:ilvl w:val="0"/>
          <w:numId w:val="20"/>
        </w:numPr>
        <w:spacing w:before="0" w:after="120" w:line="276" w:lineRule="auto"/>
      </w:pPr>
      <w:r>
        <w:rPr>
          <w:rStyle w:val="Siln"/>
          <w:rFonts w:ascii="Calibri" w:hAnsi="Calibri"/>
        </w:rPr>
        <w:t>Prožitkové učení:</w:t>
      </w:r>
      <w:r>
        <w:rPr>
          <w:rFonts w:ascii="Calibri" w:hAnsi="Calibri"/>
        </w:rPr>
        <w:t xml:space="preserve"> důraz na aktivní zapojení dítěte, hru, radost a tvořivost.</w:t>
      </w:r>
    </w:p>
    <w:p w14:paraId="639AF38A" w14:textId="77777777" w:rsidR="00611E65" w:rsidRDefault="00611E65" w:rsidP="00A65840">
      <w:pPr>
        <w:pStyle w:val="Normlnweb"/>
        <w:numPr>
          <w:ilvl w:val="0"/>
          <w:numId w:val="20"/>
        </w:numPr>
        <w:spacing w:before="0" w:after="120" w:line="276" w:lineRule="auto"/>
      </w:pPr>
      <w:r>
        <w:rPr>
          <w:rStyle w:val="Siln"/>
          <w:rFonts w:ascii="Calibri" w:hAnsi="Calibri"/>
        </w:rPr>
        <w:t>Respektující přístup:</w:t>
      </w:r>
      <w:r>
        <w:rPr>
          <w:rFonts w:ascii="Calibri" w:hAnsi="Calibri"/>
        </w:rPr>
        <w:t xml:space="preserve"> partnerská komunikace, důvěra a bezpečné klima.</w:t>
      </w:r>
    </w:p>
    <w:p w14:paraId="639AF38B" w14:textId="77777777" w:rsidR="00611E65" w:rsidRDefault="00611E65" w:rsidP="00A65840">
      <w:pPr>
        <w:pStyle w:val="Normlnweb"/>
        <w:numPr>
          <w:ilvl w:val="0"/>
          <w:numId w:val="20"/>
        </w:numPr>
        <w:spacing w:before="0" w:after="120" w:line="276" w:lineRule="auto"/>
      </w:pPr>
      <w:r>
        <w:rPr>
          <w:rStyle w:val="Siln"/>
          <w:rFonts w:ascii="Calibri" w:hAnsi="Calibri"/>
        </w:rPr>
        <w:t>Individuální podpora:</w:t>
      </w:r>
      <w:r>
        <w:rPr>
          <w:rFonts w:ascii="Calibri" w:hAnsi="Calibri"/>
        </w:rPr>
        <w:t xml:space="preserve"> přihlížení k individuálním možnostem, schopnostem a potřebám dětí.</w:t>
      </w:r>
    </w:p>
    <w:p w14:paraId="639AF38C" w14:textId="77777777" w:rsidR="00611E65" w:rsidRDefault="00611E65" w:rsidP="00A65840">
      <w:pPr>
        <w:pStyle w:val="Normlnweb"/>
        <w:numPr>
          <w:ilvl w:val="0"/>
          <w:numId w:val="20"/>
        </w:numPr>
        <w:spacing w:before="0" w:after="120" w:line="276" w:lineRule="auto"/>
      </w:pPr>
      <w:r>
        <w:rPr>
          <w:rStyle w:val="Siln"/>
          <w:rFonts w:ascii="Calibri" w:hAnsi="Calibri"/>
        </w:rPr>
        <w:t>Rozvoj gramotností:</w:t>
      </w:r>
      <w:r>
        <w:rPr>
          <w:rFonts w:ascii="Calibri" w:hAnsi="Calibri"/>
        </w:rPr>
        <w:t xml:space="preserve"> postupné a nenásilné začleňování čtenářské, matematické a digitální gramotnosti do přirozených činností.</w:t>
      </w:r>
    </w:p>
    <w:p w14:paraId="639AF38D" w14:textId="77777777" w:rsidR="00611E65" w:rsidRDefault="00611E65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5.5 </w:t>
      </w:r>
      <w:proofErr w:type="spellStart"/>
      <w:r>
        <w:rPr>
          <w:rFonts w:ascii="Calibri" w:hAnsi="Calibri"/>
          <w:sz w:val="24"/>
        </w:rPr>
        <w:t>Diagnostika</w:t>
      </w:r>
      <w:proofErr w:type="spellEnd"/>
      <w:r>
        <w:rPr>
          <w:rFonts w:ascii="Calibri" w:hAnsi="Calibri"/>
          <w:sz w:val="24"/>
        </w:rPr>
        <w:t xml:space="preserve"> a </w:t>
      </w:r>
      <w:proofErr w:type="spellStart"/>
      <w:r>
        <w:rPr>
          <w:rFonts w:ascii="Calibri" w:hAnsi="Calibri"/>
          <w:sz w:val="24"/>
        </w:rPr>
        <w:t>evaluace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dítěte</w:t>
      </w:r>
      <w:proofErr w:type="spellEnd"/>
    </w:p>
    <w:p w14:paraId="639AF38E" w14:textId="77777777" w:rsidR="00611E65" w:rsidRDefault="00611E65" w:rsidP="00A65840">
      <w:pPr>
        <w:pStyle w:val="Normlnweb"/>
        <w:numPr>
          <w:ilvl w:val="0"/>
          <w:numId w:val="21"/>
        </w:numPr>
        <w:spacing w:before="0" w:after="120" w:line="276" w:lineRule="auto"/>
      </w:pPr>
      <w:r>
        <w:rPr>
          <w:rFonts w:ascii="Calibri" w:hAnsi="Calibri"/>
        </w:rPr>
        <w:t xml:space="preserve">Pravidelná </w:t>
      </w:r>
      <w:r>
        <w:rPr>
          <w:rStyle w:val="Siln"/>
          <w:rFonts w:ascii="Calibri" w:hAnsi="Calibri"/>
        </w:rPr>
        <w:t>pedagogická diagnostika</w:t>
      </w:r>
      <w:r>
        <w:rPr>
          <w:rFonts w:ascii="Calibri" w:hAnsi="Calibri"/>
        </w:rPr>
        <w:t xml:space="preserve"> umožňuje sledovat individuální rozvoj dítěte a přizpůsobovat vzdělávací nabídku jeho potřebám.</w:t>
      </w:r>
    </w:p>
    <w:p w14:paraId="639AF38F" w14:textId="77777777" w:rsidR="00611E65" w:rsidRDefault="00611E65" w:rsidP="00A65840">
      <w:pPr>
        <w:pStyle w:val="Normlnweb"/>
        <w:numPr>
          <w:ilvl w:val="0"/>
          <w:numId w:val="21"/>
        </w:numPr>
        <w:spacing w:before="0" w:after="120" w:line="276" w:lineRule="auto"/>
      </w:pPr>
      <w:r>
        <w:rPr>
          <w:rFonts w:ascii="Calibri" w:hAnsi="Calibri"/>
        </w:rPr>
        <w:t>K hodnocení využíváme pozorování, rozhovor s dítětem, záznamy o jeho č</w:t>
      </w:r>
      <w:r w:rsidR="005056D3">
        <w:rPr>
          <w:rFonts w:ascii="Calibri" w:hAnsi="Calibri"/>
        </w:rPr>
        <w:t>innostech a konzultace s rodiči.</w:t>
      </w:r>
    </w:p>
    <w:p w14:paraId="639AF390" w14:textId="77777777" w:rsidR="00611E65" w:rsidRDefault="00611E65" w:rsidP="00A65840">
      <w:pPr>
        <w:pStyle w:val="Normlnweb"/>
        <w:numPr>
          <w:ilvl w:val="0"/>
          <w:numId w:val="21"/>
        </w:numPr>
        <w:spacing w:before="0" w:after="120" w:line="276" w:lineRule="auto"/>
      </w:pPr>
      <w:r>
        <w:rPr>
          <w:rFonts w:ascii="Calibri" w:hAnsi="Calibri"/>
        </w:rPr>
        <w:t>Zvláštní pozornost věnujeme dětem s OMJ a dětem vyžadujícím podpůrná opatření.</w:t>
      </w:r>
    </w:p>
    <w:p w14:paraId="639AF391" w14:textId="77777777" w:rsidR="00611E65" w:rsidRDefault="00611E65" w:rsidP="00A65840">
      <w:pPr>
        <w:spacing w:after="120"/>
      </w:pPr>
    </w:p>
    <w:p w14:paraId="5574DD12" w14:textId="77777777" w:rsidR="0067325F" w:rsidRDefault="0067325F" w:rsidP="00A65840">
      <w:pPr>
        <w:spacing w:after="120"/>
      </w:pPr>
    </w:p>
    <w:p w14:paraId="049897B4" w14:textId="77777777" w:rsidR="0067325F" w:rsidRDefault="0067325F" w:rsidP="00A65840">
      <w:pPr>
        <w:spacing w:after="120"/>
      </w:pPr>
    </w:p>
    <w:p w14:paraId="47EAA703" w14:textId="77777777" w:rsidR="0067325F" w:rsidRDefault="0067325F" w:rsidP="00A65840">
      <w:pPr>
        <w:spacing w:after="120"/>
      </w:pPr>
    </w:p>
    <w:p w14:paraId="1B7807CF" w14:textId="77777777" w:rsidR="003A5499" w:rsidRDefault="003A5499" w:rsidP="00A65840">
      <w:pPr>
        <w:pStyle w:val="Nadpis1"/>
        <w:spacing w:before="0" w:after="120"/>
        <w:rPr>
          <w:rFonts w:ascii="Calibri" w:hAnsi="Calibri"/>
          <w:sz w:val="24"/>
        </w:rPr>
      </w:pPr>
    </w:p>
    <w:p w14:paraId="639AF392" w14:textId="74A28FEA" w:rsidR="006E3717" w:rsidRDefault="005056D3" w:rsidP="00A65840">
      <w:pPr>
        <w:pStyle w:val="Nadpis1"/>
        <w:spacing w:before="0" w:after="120"/>
      </w:pPr>
      <w:r>
        <w:rPr>
          <w:rFonts w:ascii="Calibri" w:hAnsi="Calibri"/>
          <w:sz w:val="24"/>
        </w:rPr>
        <w:t>6. Vzdělávací obsah</w:t>
      </w:r>
    </w:p>
    <w:p w14:paraId="639AF393" w14:textId="49D57108" w:rsidR="006E3717" w:rsidRPr="005C1CEC" w:rsidRDefault="005056D3" w:rsidP="00A65840">
      <w:pPr>
        <w:spacing w:after="120"/>
        <w:rPr>
          <w:b/>
          <w:bCs/>
        </w:rPr>
      </w:pPr>
      <w:r w:rsidRPr="005C1CEC">
        <w:rPr>
          <w:b/>
          <w:bCs/>
        </w:rPr>
        <w:t>5 průřezových integrovaných bloků:</w:t>
      </w:r>
    </w:p>
    <w:p w14:paraId="639AF394" w14:textId="77777777" w:rsidR="006E3717" w:rsidRDefault="005056D3" w:rsidP="00A65840">
      <w:pPr>
        <w:spacing w:after="120"/>
      </w:pPr>
      <w:r>
        <w:t xml:space="preserve">  1. Kdo jsem já a kdo jsi Ty</w:t>
      </w:r>
    </w:p>
    <w:p w14:paraId="639AF395" w14:textId="77777777" w:rsidR="006E3717" w:rsidRDefault="005056D3" w:rsidP="00A65840">
      <w:pPr>
        <w:spacing w:after="120"/>
      </w:pPr>
      <w:r>
        <w:t xml:space="preserve">  2. Když naslouchám přírodě</w:t>
      </w:r>
    </w:p>
    <w:p w14:paraId="639AF396" w14:textId="77777777" w:rsidR="006E3717" w:rsidRDefault="005056D3" w:rsidP="00A65840">
      <w:pPr>
        <w:spacing w:after="120"/>
      </w:pPr>
      <w:r>
        <w:t xml:space="preserve">  3. Hra, která nás spojuje</w:t>
      </w:r>
    </w:p>
    <w:p w14:paraId="639AF397" w14:textId="77777777" w:rsidR="006E3717" w:rsidRDefault="005056D3" w:rsidP="00A65840">
      <w:pPr>
        <w:spacing w:after="120"/>
      </w:pPr>
      <w:r>
        <w:t xml:space="preserve">  4. Cestuji, poznávám, objevuji</w:t>
      </w:r>
    </w:p>
    <w:p w14:paraId="639AF398" w14:textId="77777777" w:rsidR="006E3717" w:rsidRDefault="005056D3" w:rsidP="00A65840">
      <w:pPr>
        <w:spacing w:after="120"/>
      </w:pPr>
      <w:r>
        <w:t xml:space="preserve">  5. Tělo a duše v rovnováze</w:t>
      </w:r>
    </w:p>
    <w:p w14:paraId="7689E60C" w14:textId="78194A26" w:rsidR="0067325F" w:rsidRDefault="005056D3" w:rsidP="00A65840">
      <w:pPr>
        <w:spacing w:after="120"/>
      </w:pPr>
      <w:r>
        <w:t xml:space="preserve">-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 xml:space="preserve"> a </w:t>
      </w:r>
      <w:proofErr w:type="spellStart"/>
      <w:r>
        <w:t>programy</w:t>
      </w:r>
      <w:proofErr w:type="spellEnd"/>
      <w:r>
        <w:t xml:space="preserve">: </w:t>
      </w:r>
      <w:proofErr w:type="spellStart"/>
      <w:r>
        <w:t>Dětská</w:t>
      </w:r>
      <w:proofErr w:type="spellEnd"/>
      <w:r>
        <w:t xml:space="preserve"> </w:t>
      </w:r>
      <w:proofErr w:type="spellStart"/>
      <w:r>
        <w:t>jóga</w:t>
      </w:r>
      <w:proofErr w:type="spellEnd"/>
      <w:r>
        <w:t xml:space="preserve">, </w:t>
      </w:r>
      <w:proofErr w:type="spellStart"/>
      <w:r>
        <w:t>logopedická</w:t>
      </w:r>
      <w:proofErr w:type="spellEnd"/>
      <w:r>
        <w:t xml:space="preserve"> </w:t>
      </w:r>
      <w:proofErr w:type="spellStart"/>
      <w:r>
        <w:t>prevence</w:t>
      </w:r>
      <w:proofErr w:type="spellEnd"/>
      <w:r>
        <w:t xml:space="preserve">, </w:t>
      </w:r>
      <w:proofErr w:type="spellStart"/>
      <w:r>
        <w:t>spolupráce</w:t>
      </w:r>
      <w:proofErr w:type="spellEnd"/>
      <w:r>
        <w:t xml:space="preserve"> s </w:t>
      </w:r>
      <w:proofErr w:type="spellStart"/>
      <w:r>
        <w:t>Ekocentrem</w:t>
      </w:r>
      <w:proofErr w:type="spellEnd"/>
      <w:r w:rsidR="008E6C23">
        <w:t xml:space="preserve">, </w:t>
      </w:r>
      <w:proofErr w:type="spellStart"/>
      <w:r w:rsidR="008E6C23">
        <w:t>Děti</w:t>
      </w:r>
      <w:proofErr w:type="spellEnd"/>
      <w:r w:rsidR="008E6C23">
        <w:t xml:space="preserve"> </w:t>
      </w:r>
      <w:proofErr w:type="spellStart"/>
      <w:r w:rsidR="008E6C23">
        <w:t>na</w:t>
      </w:r>
      <w:proofErr w:type="spellEnd"/>
      <w:r w:rsidR="008E6C23">
        <w:t xml:space="preserve"> </w:t>
      </w:r>
      <w:proofErr w:type="spellStart"/>
      <w:r w:rsidR="008E6C23">
        <w:t>startu</w:t>
      </w:r>
      <w:proofErr w:type="spellEnd"/>
      <w:r w:rsidR="008E6C23">
        <w:t xml:space="preserve">, </w:t>
      </w:r>
      <w:r w:rsidR="00587A27">
        <w:t xml:space="preserve">Se </w:t>
      </w:r>
      <w:proofErr w:type="spellStart"/>
      <w:r w:rsidR="00587A27">
        <w:t>Sokolem</w:t>
      </w:r>
      <w:proofErr w:type="spellEnd"/>
      <w:r w:rsidR="00587A27">
        <w:t xml:space="preserve"> do </w:t>
      </w:r>
      <w:proofErr w:type="spellStart"/>
      <w:r w:rsidR="00587A27">
        <w:t>života</w:t>
      </w:r>
      <w:proofErr w:type="spellEnd"/>
      <w:r w:rsidR="00587A27">
        <w:t xml:space="preserve">, </w:t>
      </w:r>
      <w:proofErr w:type="spellStart"/>
      <w:r w:rsidR="00587A27">
        <w:t>Zdravá</w:t>
      </w:r>
      <w:proofErr w:type="spellEnd"/>
      <w:r w:rsidR="00587A27">
        <w:t xml:space="preserve"> 5</w:t>
      </w:r>
      <w:r w:rsidR="00DE3D04">
        <w:t xml:space="preserve">, </w:t>
      </w:r>
      <w:proofErr w:type="spellStart"/>
      <w:r w:rsidR="00DE3D04">
        <w:t>Sportimáček</w:t>
      </w:r>
      <w:proofErr w:type="spellEnd"/>
      <w:r w:rsidR="00D06390">
        <w:t xml:space="preserve">, </w:t>
      </w:r>
      <w:proofErr w:type="spellStart"/>
      <w:r w:rsidR="00D06390">
        <w:t>Ukliďme</w:t>
      </w:r>
      <w:proofErr w:type="spellEnd"/>
      <w:r w:rsidR="00D06390">
        <w:t xml:space="preserve"> </w:t>
      </w:r>
      <w:proofErr w:type="spellStart"/>
      <w:r w:rsidR="00D06390">
        <w:t>Česko</w:t>
      </w:r>
      <w:proofErr w:type="spellEnd"/>
    </w:p>
    <w:p w14:paraId="06C586CD" w14:textId="77777777" w:rsidR="0067325F" w:rsidRDefault="0067325F" w:rsidP="00A65840">
      <w:pPr>
        <w:spacing w:after="120"/>
      </w:pPr>
    </w:p>
    <w:p w14:paraId="639AF39A" w14:textId="77777777" w:rsidR="005056D3" w:rsidRDefault="005056D3" w:rsidP="00A65840">
      <w:pPr>
        <w:pStyle w:val="Nadpis1"/>
        <w:spacing w:before="0" w:after="120"/>
        <w:rPr>
          <w:rFonts w:ascii="Calibri" w:hAnsi="Calibri" w:cstheme="majorHAnsi"/>
          <w:sz w:val="24"/>
          <w:szCs w:val="24"/>
          <w:u w:val="single"/>
        </w:rPr>
      </w:pPr>
      <w:proofErr w:type="spellStart"/>
      <w:r w:rsidRPr="006D4B3E">
        <w:rPr>
          <w:rFonts w:ascii="Calibri" w:hAnsi="Calibri" w:cstheme="majorHAnsi"/>
          <w:sz w:val="24"/>
          <w:szCs w:val="24"/>
          <w:u w:val="single"/>
        </w:rPr>
        <w:t>Vzdělávací</w:t>
      </w:r>
      <w:proofErr w:type="spellEnd"/>
      <w:r w:rsidRPr="006D4B3E">
        <w:rPr>
          <w:rFonts w:ascii="Calibri" w:hAnsi="Calibri" w:cstheme="majorHAnsi"/>
          <w:sz w:val="24"/>
          <w:szCs w:val="24"/>
          <w:u w:val="single"/>
        </w:rPr>
        <w:t xml:space="preserve"> oblast:</w:t>
      </w:r>
    </w:p>
    <w:p w14:paraId="667C750B" w14:textId="77777777" w:rsidR="00660E25" w:rsidRPr="00660E25" w:rsidRDefault="00660E25" w:rsidP="00660E25"/>
    <w:p w14:paraId="639AF39B" w14:textId="77777777" w:rsidR="005056D3" w:rsidRPr="006D4B3E" w:rsidRDefault="005056D3" w:rsidP="00A65840">
      <w:pPr>
        <w:pStyle w:val="Nadpis1"/>
        <w:spacing w:before="0" w:after="120"/>
        <w:rPr>
          <w:rFonts w:cstheme="majorHAnsi"/>
          <w:sz w:val="24"/>
          <w:szCs w:val="24"/>
        </w:rPr>
      </w:pPr>
      <w:r w:rsidRPr="006D4B3E">
        <w:rPr>
          <w:rFonts w:ascii="Calibri" w:hAnsi="Calibri" w:cstheme="majorHAnsi"/>
          <w:sz w:val="24"/>
          <w:szCs w:val="24"/>
        </w:rPr>
        <w:t xml:space="preserve">1. </w:t>
      </w:r>
      <w:proofErr w:type="spellStart"/>
      <w:r w:rsidRPr="006D4B3E">
        <w:rPr>
          <w:rFonts w:ascii="Calibri" w:hAnsi="Calibri" w:cstheme="majorHAnsi"/>
          <w:sz w:val="24"/>
          <w:szCs w:val="24"/>
        </w:rPr>
        <w:t>Kdo</w:t>
      </w:r>
      <w:proofErr w:type="spellEnd"/>
      <w:r w:rsidRPr="006D4B3E">
        <w:rPr>
          <w:rFonts w:ascii="Calibri" w:hAnsi="Calibri" w:cstheme="majorHAnsi"/>
          <w:sz w:val="24"/>
          <w:szCs w:val="24"/>
        </w:rPr>
        <w:t xml:space="preserve"> </w:t>
      </w:r>
      <w:proofErr w:type="spellStart"/>
      <w:r w:rsidRPr="006D4B3E">
        <w:rPr>
          <w:rFonts w:ascii="Calibri" w:hAnsi="Calibri" w:cstheme="majorHAnsi"/>
          <w:sz w:val="24"/>
          <w:szCs w:val="24"/>
        </w:rPr>
        <w:t>jsem</w:t>
      </w:r>
      <w:proofErr w:type="spellEnd"/>
      <w:r w:rsidRPr="006D4B3E">
        <w:rPr>
          <w:rFonts w:ascii="Calibri" w:hAnsi="Calibri" w:cstheme="majorHAnsi"/>
          <w:sz w:val="24"/>
          <w:szCs w:val="24"/>
        </w:rPr>
        <w:t xml:space="preserve"> </w:t>
      </w:r>
      <w:proofErr w:type="spellStart"/>
      <w:r w:rsidRPr="006D4B3E">
        <w:rPr>
          <w:rFonts w:ascii="Calibri" w:hAnsi="Calibri" w:cstheme="majorHAnsi"/>
          <w:sz w:val="24"/>
          <w:szCs w:val="24"/>
        </w:rPr>
        <w:t>já</w:t>
      </w:r>
      <w:proofErr w:type="spellEnd"/>
      <w:r w:rsidRPr="006D4B3E">
        <w:rPr>
          <w:rFonts w:ascii="Calibri" w:hAnsi="Calibri" w:cstheme="majorHAnsi"/>
          <w:sz w:val="24"/>
          <w:szCs w:val="24"/>
        </w:rPr>
        <w:t xml:space="preserve"> a </w:t>
      </w:r>
      <w:proofErr w:type="spellStart"/>
      <w:r w:rsidRPr="006D4B3E">
        <w:rPr>
          <w:rFonts w:ascii="Calibri" w:hAnsi="Calibri" w:cstheme="majorHAnsi"/>
          <w:sz w:val="24"/>
          <w:szCs w:val="24"/>
        </w:rPr>
        <w:t>kdo</w:t>
      </w:r>
      <w:proofErr w:type="spellEnd"/>
      <w:r w:rsidRPr="006D4B3E">
        <w:rPr>
          <w:rFonts w:ascii="Calibri" w:hAnsi="Calibri" w:cstheme="majorHAnsi"/>
          <w:sz w:val="24"/>
          <w:szCs w:val="24"/>
        </w:rPr>
        <w:t xml:space="preserve"> </w:t>
      </w:r>
      <w:proofErr w:type="spellStart"/>
      <w:r w:rsidRPr="006D4B3E">
        <w:rPr>
          <w:rFonts w:ascii="Calibri" w:hAnsi="Calibri" w:cstheme="majorHAnsi"/>
          <w:sz w:val="24"/>
          <w:szCs w:val="24"/>
        </w:rPr>
        <w:t>jsi</w:t>
      </w:r>
      <w:proofErr w:type="spellEnd"/>
      <w:r w:rsidRPr="006D4B3E">
        <w:rPr>
          <w:rFonts w:ascii="Calibri" w:hAnsi="Calibri" w:cstheme="majorHAnsi"/>
          <w:sz w:val="24"/>
          <w:szCs w:val="24"/>
        </w:rPr>
        <w:t xml:space="preserve"> Ty</w:t>
      </w:r>
    </w:p>
    <w:p w14:paraId="639AF39C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9D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 </w:t>
      </w: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Charakteristika</w:t>
      </w:r>
    </w:p>
    <w:p w14:paraId="639AF39E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639AF39F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Tento blok se zaměřuje na poznávání sebe sama a druhých. Pomáhá dětem objevovat své emoce, potřeby, schopnosti i limity. Učí je porozumět vlastnímu tělu, naslouchat svým pocitům, sdílet je a respektovat pocity druhých. Vede k vytváření zdravého sebevědomí a podporuje vztahy založené na empatii, respektu a spolupráci.</w:t>
      </w:r>
    </w:p>
    <w:p w14:paraId="639AF3A0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A1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Cíle / záměry integrovaného bloku</w:t>
      </w:r>
    </w:p>
    <w:p w14:paraId="639AF3A2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A3" w14:textId="77777777" w:rsidR="005056D3" w:rsidRPr="000C1B29" w:rsidRDefault="005056D3" w:rsidP="00A65840">
      <w:pPr>
        <w:pStyle w:val="Odstavecseseznamem"/>
        <w:numPr>
          <w:ilvl w:val="0"/>
          <w:numId w:val="6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Podporovat rozvoj pozitivního vztahu k sobě samému.</w:t>
      </w:r>
    </w:p>
    <w:p w14:paraId="639AF3A4" w14:textId="77777777" w:rsidR="005056D3" w:rsidRPr="000C1B29" w:rsidRDefault="005056D3" w:rsidP="00A65840">
      <w:pPr>
        <w:pStyle w:val="Odstavecseseznamem"/>
        <w:numPr>
          <w:ilvl w:val="0"/>
          <w:numId w:val="6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Učit děti vnímat a vyjadřovat své emoce a potřeby.</w:t>
      </w:r>
    </w:p>
    <w:p w14:paraId="639AF3A5" w14:textId="77777777" w:rsidR="005056D3" w:rsidRPr="000C1B29" w:rsidRDefault="005056D3" w:rsidP="00A65840">
      <w:pPr>
        <w:pStyle w:val="Odstavecseseznamem"/>
        <w:numPr>
          <w:ilvl w:val="0"/>
          <w:numId w:val="6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Rozvíjet schopnost spolupráce a respektu k druhým.</w:t>
      </w:r>
    </w:p>
    <w:p w14:paraId="639AF3A6" w14:textId="77777777" w:rsidR="005056D3" w:rsidRPr="000C1B29" w:rsidRDefault="005056D3" w:rsidP="00A65840">
      <w:pPr>
        <w:pStyle w:val="Odstavecseseznamem"/>
        <w:numPr>
          <w:ilvl w:val="0"/>
          <w:numId w:val="6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Posilovat zdravé sebevědomí a sebedůvěru.</w:t>
      </w:r>
    </w:p>
    <w:p w14:paraId="3DB51AE5" w14:textId="2D1AFAAC" w:rsidR="0067325F" w:rsidRPr="00B12CC3" w:rsidRDefault="005056D3" w:rsidP="00A65840">
      <w:pPr>
        <w:pStyle w:val="Odstavecseseznamem"/>
        <w:numPr>
          <w:ilvl w:val="0"/>
          <w:numId w:val="6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Podporovat děti ve zvládání konfliktů a v navazování přátelství.</w:t>
      </w:r>
    </w:p>
    <w:p w14:paraId="639AF3A9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lastRenderedPageBreak/>
        <w:t xml:space="preserve"> </w:t>
      </w: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Vzdělávací oblasti dle RVP PV (2025)</w:t>
      </w:r>
    </w:p>
    <w:p w14:paraId="639AF3AA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AB" w14:textId="77777777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jeho tělo</w:t>
      </w:r>
    </w:p>
    <w:p w14:paraId="639AF3AC" w14:textId="77777777" w:rsidR="005056D3" w:rsidRPr="00740695" w:rsidRDefault="005056D3" w:rsidP="00A65840">
      <w:pPr>
        <w:pStyle w:val="Odstavecseseznamem"/>
        <w:numPr>
          <w:ilvl w:val="0"/>
          <w:numId w:val="12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740695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Vědomé vnímání vlastního těla, pohybu a dechu.</w:t>
      </w:r>
    </w:p>
    <w:p w14:paraId="639AF3AD" w14:textId="77777777" w:rsidR="005056D3" w:rsidRPr="00740695" w:rsidRDefault="005056D3" w:rsidP="00A65840">
      <w:pPr>
        <w:pStyle w:val="Odstavecseseznamem"/>
        <w:numPr>
          <w:ilvl w:val="0"/>
          <w:numId w:val="12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740695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Cvičení zaměřená na koordinaci a rovnováhu.</w:t>
      </w:r>
    </w:p>
    <w:p w14:paraId="639AF3B1" w14:textId="41B8959F" w:rsidR="005056D3" w:rsidRDefault="005056D3" w:rsidP="00A65840">
      <w:pPr>
        <w:pStyle w:val="Odstavecseseznamem"/>
        <w:numPr>
          <w:ilvl w:val="0"/>
          <w:numId w:val="12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740695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Jóga pro děti – „Já jsem strom“, „Jsem silný jako lev“.</w:t>
      </w:r>
    </w:p>
    <w:p w14:paraId="71583B0A" w14:textId="77777777" w:rsidR="00740695" w:rsidRPr="00740695" w:rsidRDefault="00740695" w:rsidP="00A65840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B2" w14:textId="77777777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jeho psychika</w:t>
      </w:r>
    </w:p>
    <w:p w14:paraId="639AF3B3" w14:textId="77777777" w:rsidR="005056D3" w:rsidRPr="000C1B29" w:rsidRDefault="005056D3" w:rsidP="00A65840">
      <w:pPr>
        <w:pStyle w:val="Odstavecseseznamem"/>
        <w:numPr>
          <w:ilvl w:val="0"/>
          <w:numId w:val="69"/>
        </w:num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Práce s emocemi, seberegulace, relaxace.</w:t>
      </w:r>
    </w:p>
    <w:p w14:paraId="639AF3B4" w14:textId="77777777" w:rsidR="005056D3" w:rsidRPr="000C1B29" w:rsidRDefault="005056D3" w:rsidP="00A65840">
      <w:pPr>
        <w:pStyle w:val="Odstavecseseznamem"/>
        <w:numPr>
          <w:ilvl w:val="0"/>
          <w:numId w:val="6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Rozvoj schopnosti pojmenovávat své pocity.</w:t>
      </w:r>
    </w:p>
    <w:p w14:paraId="639AF3B7" w14:textId="235A4331" w:rsidR="005056D3" w:rsidRDefault="005056D3" w:rsidP="00A65840">
      <w:pPr>
        <w:pStyle w:val="Odstavecseseznamem"/>
        <w:numPr>
          <w:ilvl w:val="0"/>
          <w:numId w:val="6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Hledání vlastních silných stránek.</w:t>
      </w:r>
    </w:p>
    <w:p w14:paraId="3DA7737C" w14:textId="77777777" w:rsidR="00740695" w:rsidRPr="00B848E7" w:rsidRDefault="00740695" w:rsidP="00A65840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B8" w14:textId="77777777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ten druhý</w:t>
      </w:r>
    </w:p>
    <w:p w14:paraId="639AF3B9" w14:textId="77777777" w:rsidR="005056D3" w:rsidRPr="000C1B29" w:rsidRDefault="005056D3" w:rsidP="00A65840">
      <w:pPr>
        <w:pStyle w:val="Odstavecseseznamem"/>
        <w:numPr>
          <w:ilvl w:val="0"/>
          <w:numId w:val="7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Společné hry a kooperativní činnosti.</w:t>
      </w:r>
    </w:p>
    <w:p w14:paraId="639AF3BA" w14:textId="77777777" w:rsidR="005056D3" w:rsidRPr="000C1B29" w:rsidRDefault="005056D3" w:rsidP="00A65840">
      <w:pPr>
        <w:pStyle w:val="Odstavecseseznamem"/>
        <w:numPr>
          <w:ilvl w:val="0"/>
          <w:numId w:val="7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Řešení konfliktů, vzájemná pomoc.</w:t>
      </w:r>
    </w:p>
    <w:p w14:paraId="639AF3BC" w14:textId="02FF4257" w:rsidR="005056D3" w:rsidRPr="00740695" w:rsidRDefault="005056D3" w:rsidP="00A65840">
      <w:pPr>
        <w:pStyle w:val="Odstavecseseznamem"/>
        <w:numPr>
          <w:ilvl w:val="0"/>
          <w:numId w:val="7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Rozpoznávání rozdílů mezi lidmi, respekt k odlišnostem.</w:t>
      </w:r>
    </w:p>
    <w:p w14:paraId="639AF3BD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BE" w14:textId="77777777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svět</w:t>
      </w:r>
    </w:p>
    <w:p w14:paraId="639AF3BF" w14:textId="77777777" w:rsidR="005056D3" w:rsidRPr="000C1B29" w:rsidRDefault="005056D3" w:rsidP="00A65840">
      <w:pPr>
        <w:pStyle w:val="Odstavecseseznamem"/>
        <w:numPr>
          <w:ilvl w:val="0"/>
          <w:numId w:val="7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Vnímání své role ve skupině, komunitě.</w:t>
      </w:r>
    </w:p>
    <w:p w14:paraId="639AF3C0" w14:textId="77777777" w:rsidR="005056D3" w:rsidRPr="000C1B29" w:rsidRDefault="005056D3" w:rsidP="00A65840">
      <w:pPr>
        <w:pStyle w:val="Odstavecseseznamem"/>
        <w:numPr>
          <w:ilvl w:val="0"/>
          <w:numId w:val="7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Uvědomění si zodpovědnosti za svá rozhodnutí.</w:t>
      </w:r>
    </w:p>
    <w:p w14:paraId="639AF3C1" w14:textId="77777777" w:rsidR="005056D3" w:rsidRPr="000C1B29" w:rsidRDefault="005056D3" w:rsidP="00A65840">
      <w:pPr>
        <w:pStyle w:val="Odstavecseseznamem"/>
        <w:numPr>
          <w:ilvl w:val="0"/>
          <w:numId w:val="7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Chápání pravidel jako prostředku pro soužití.</w:t>
      </w:r>
    </w:p>
    <w:p w14:paraId="639AF3C2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49C080F6" w14:textId="77777777" w:rsidR="004D4A47" w:rsidRPr="000C1B29" w:rsidRDefault="004D4A4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C4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Klíčové kompetence dle RVP PV 2025</w:t>
      </w:r>
    </w:p>
    <w:p w14:paraId="639AF3C5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C6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k učení</w:t>
      </w:r>
    </w:p>
    <w:p w14:paraId="639AF3C7" w14:textId="77777777" w:rsidR="005056D3" w:rsidRPr="005E151B" w:rsidRDefault="005056D3" w:rsidP="00A65840">
      <w:pPr>
        <w:pStyle w:val="Odstavecseseznamem"/>
        <w:numPr>
          <w:ilvl w:val="0"/>
          <w:numId w:val="7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Dítě zkoumá, kdo je, co ho baví, co se mu daří.</w:t>
      </w:r>
    </w:p>
    <w:p w14:paraId="639AF3C8" w14:textId="77777777" w:rsidR="005056D3" w:rsidRPr="005E151B" w:rsidRDefault="005056D3" w:rsidP="00A65840">
      <w:pPr>
        <w:pStyle w:val="Odstavecseseznamem"/>
        <w:numPr>
          <w:ilvl w:val="0"/>
          <w:numId w:val="7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Sdílí své zážitky a vnímá, že může růst a zlepšovat se.</w:t>
      </w:r>
    </w:p>
    <w:p w14:paraId="639AF3C9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1C164ED" w14:textId="77777777" w:rsidR="00660E25" w:rsidRDefault="00660E25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EB2EB0D" w14:textId="77777777" w:rsidR="00B12CC3" w:rsidRPr="000C1B29" w:rsidRDefault="00B12CC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CA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lastRenderedPageBreak/>
        <w:t>Kompetence k řešení problémů</w:t>
      </w:r>
    </w:p>
    <w:p w14:paraId="639AF3CC" w14:textId="76DBD101" w:rsidR="005056D3" w:rsidRDefault="005056D3" w:rsidP="00A65840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Učí se zvládat konflikty, hledá řešení ve vztazích, ví, že může požádat o pomoc.</w:t>
      </w:r>
    </w:p>
    <w:p w14:paraId="7835D5BC" w14:textId="77777777" w:rsidR="002A4109" w:rsidRPr="005C1CEC" w:rsidRDefault="002A4109" w:rsidP="002A4109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CD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komunikační</w:t>
      </w:r>
    </w:p>
    <w:p w14:paraId="639AF3CF" w14:textId="2CC4270B" w:rsidR="005056D3" w:rsidRDefault="005056D3" w:rsidP="00A65840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Popisuje své pocity, naslouchá druhým, chápe, že každý má právo se vyjádřit.</w:t>
      </w:r>
    </w:p>
    <w:p w14:paraId="216CDB37" w14:textId="77777777" w:rsidR="002A4109" w:rsidRPr="002A4109" w:rsidRDefault="002A4109" w:rsidP="002A4109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D0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občanské</w:t>
      </w:r>
    </w:p>
    <w:p w14:paraId="52089968" w14:textId="0AC24068" w:rsidR="00B848E7" w:rsidRPr="00E13447" w:rsidRDefault="005056D3" w:rsidP="00A65840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Respektuje druhé, dodržuje pravidla, podílí se na dohodách a řešeních.</w:t>
      </w:r>
    </w:p>
    <w:p w14:paraId="162693BF" w14:textId="77777777" w:rsidR="00B848E7" w:rsidRPr="000C1B29" w:rsidRDefault="00B848E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D3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osobnostní</w:t>
      </w: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 xml:space="preserve"> a sociální</w:t>
      </w:r>
    </w:p>
    <w:p w14:paraId="128F2D2C" w14:textId="15078EDC" w:rsidR="002A4109" w:rsidRDefault="005056D3" w:rsidP="002A4109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Spolupracuje, rozvíjí empatii, posiluje vlastní identitu i schopnost být součástí skupiny.</w:t>
      </w:r>
    </w:p>
    <w:p w14:paraId="4AA5FA0E" w14:textId="77777777" w:rsidR="002A4109" w:rsidRPr="002A4109" w:rsidRDefault="002A4109" w:rsidP="002A4109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D6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pracovní</w:t>
      </w: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 xml:space="preserve"> a k podnikavosti</w:t>
      </w:r>
    </w:p>
    <w:p w14:paraId="52FA8EF1" w14:textId="2E4EDF2A" w:rsidR="002A4109" w:rsidRDefault="005056D3" w:rsidP="00A65840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Ukončuje činnost, přijímá zodpovědnost za svůj podíl, pečuje o své i společné prostředí.</w:t>
      </w:r>
    </w:p>
    <w:p w14:paraId="3B7E4D85" w14:textId="77777777" w:rsidR="002A4109" w:rsidRPr="002A4109" w:rsidRDefault="002A4109" w:rsidP="002A4109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D9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digitální</w:t>
      </w:r>
    </w:p>
    <w:p w14:paraId="639AF3DB" w14:textId="40177AB7" w:rsidR="005056D3" w:rsidRDefault="005056D3" w:rsidP="00A65840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Používá digitální zařízení ve spolupráci s dospělým k zaznamenávání zážitků a vyjadřování sebe sama.</w:t>
      </w:r>
    </w:p>
    <w:p w14:paraId="1FB95DCF" w14:textId="77777777" w:rsidR="002A4109" w:rsidRPr="002A4109" w:rsidRDefault="002A4109" w:rsidP="002A4109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DC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kulturní</w:t>
      </w:r>
    </w:p>
    <w:p w14:paraId="639AF3DD" w14:textId="77777777" w:rsidR="005056D3" w:rsidRPr="005E151B" w:rsidRDefault="005056D3" w:rsidP="00A65840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 rozmanitost mezi lidmi jako přirozenou součást světa.</w:t>
      </w:r>
    </w:p>
    <w:p w14:paraId="639AF3DE" w14:textId="77777777" w:rsidR="005056D3" w:rsidRPr="005E151B" w:rsidRDefault="005056D3" w:rsidP="00A65840">
      <w:pPr>
        <w:pStyle w:val="Odstavecseseznamem"/>
        <w:numPr>
          <w:ilvl w:val="0"/>
          <w:numId w:val="7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Vyjadřuje se výtvarně, dramaticky, hudebně.</w:t>
      </w:r>
    </w:p>
    <w:p w14:paraId="639AF3E0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E1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 </w:t>
      </w: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Očekávané výsledky učení (vybrané)</w:t>
      </w:r>
    </w:p>
    <w:p w14:paraId="639AF3E2" w14:textId="77777777" w:rsidR="005056D3" w:rsidRPr="005E151B" w:rsidRDefault="005056D3" w:rsidP="00A65840">
      <w:pPr>
        <w:pStyle w:val="Odstavecseseznamem"/>
        <w:numPr>
          <w:ilvl w:val="0"/>
          <w:numId w:val="7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Uvědomuje si, kdo je, co má rád, co mu jde.</w:t>
      </w:r>
    </w:p>
    <w:p w14:paraId="639AF3E3" w14:textId="77777777" w:rsidR="005056D3" w:rsidRPr="005E151B" w:rsidRDefault="005056D3" w:rsidP="00A65840">
      <w:pPr>
        <w:pStyle w:val="Odstavecseseznamem"/>
        <w:numPr>
          <w:ilvl w:val="0"/>
          <w:numId w:val="7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Vyjadřuje emoce slovy, mimikou i tvořivě.</w:t>
      </w:r>
    </w:p>
    <w:p w14:paraId="639AF3E4" w14:textId="77777777" w:rsidR="005056D3" w:rsidRPr="005E151B" w:rsidRDefault="005056D3" w:rsidP="00A65840">
      <w:pPr>
        <w:pStyle w:val="Odstavecseseznamem"/>
        <w:numPr>
          <w:ilvl w:val="0"/>
          <w:numId w:val="7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Naslouchá druhým a navazuje vztahy.</w:t>
      </w:r>
    </w:p>
    <w:p w14:paraId="639AF3E5" w14:textId="77777777" w:rsidR="005056D3" w:rsidRPr="005E151B" w:rsidRDefault="005056D3" w:rsidP="00A65840">
      <w:pPr>
        <w:pStyle w:val="Odstavecseseznamem"/>
        <w:numPr>
          <w:ilvl w:val="0"/>
          <w:numId w:val="7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Chápe, že lidé jsou různí a je to v pořádku.</w:t>
      </w:r>
    </w:p>
    <w:p w14:paraId="639AF3E9" w14:textId="2F2A6A14" w:rsidR="005056D3" w:rsidRDefault="005056D3" w:rsidP="00A65840">
      <w:pPr>
        <w:pStyle w:val="Odstavecseseznamem"/>
        <w:numPr>
          <w:ilvl w:val="0"/>
          <w:numId w:val="7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Řeší konflikt s pomocí nebo sám.</w:t>
      </w:r>
    </w:p>
    <w:p w14:paraId="6CA83C79" w14:textId="77777777" w:rsidR="005C1CEC" w:rsidRPr="004D4A47" w:rsidRDefault="005C1CEC" w:rsidP="005C1CEC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5C3C4B00" w14:textId="01100167" w:rsid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lastRenderedPageBreak/>
        <w:t>Rozvoj gramotností</w:t>
      </w:r>
    </w:p>
    <w:p w14:paraId="08005783" w14:textId="77777777" w:rsidR="0014284A" w:rsidRPr="005D50C8" w:rsidRDefault="0014284A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639AF3EC" w14:textId="77777777" w:rsidR="005056D3" w:rsidRPr="00A4061F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A4061F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Čtenářská gramotnost</w:t>
      </w:r>
    </w:p>
    <w:p w14:paraId="639AF3ED" w14:textId="77777777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1D7833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3EE" w14:textId="77777777" w:rsidR="005056D3" w:rsidRPr="005E151B" w:rsidRDefault="005056D3" w:rsidP="00A65840">
      <w:pPr>
        <w:pStyle w:val="Odstavecseseznamem"/>
        <w:numPr>
          <w:ilvl w:val="0"/>
          <w:numId w:val="7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Vyprávění příběhů o přátelství, emocích a odlišnosti.</w:t>
      </w:r>
    </w:p>
    <w:p w14:paraId="639AF3EF" w14:textId="77777777" w:rsidR="005056D3" w:rsidRPr="005E151B" w:rsidRDefault="005056D3" w:rsidP="00A65840">
      <w:pPr>
        <w:pStyle w:val="Odstavecseseznamem"/>
        <w:numPr>
          <w:ilvl w:val="0"/>
          <w:numId w:val="7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Tvoření „knihy o mně“ – kreslení, diktování, symboly.</w:t>
      </w:r>
    </w:p>
    <w:p w14:paraId="639AF3F0" w14:textId="77777777" w:rsidR="005056D3" w:rsidRPr="005E151B" w:rsidRDefault="005056D3" w:rsidP="00A65840">
      <w:pPr>
        <w:pStyle w:val="Odstavecseseznamem"/>
        <w:numPr>
          <w:ilvl w:val="0"/>
          <w:numId w:val="7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Práce s obrázkovými kartami emocí a lidského těla.</w:t>
      </w:r>
    </w:p>
    <w:p w14:paraId="639AF3F2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F4" w14:textId="25B7E618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1D7833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Související OVU:</w:t>
      </w:r>
    </w:p>
    <w:p w14:paraId="639AF3F5" w14:textId="77777777" w:rsidR="005056D3" w:rsidRPr="005E151B" w:rsidRDefault="005056D3" w:rsidP="00A65840">
      <w:pPr>
        <w:pStyle w:val="Odstavecseseznamem"/>
        <w:numPr>
          <w:ilvl w:val="0"/>
          <w:numId w:val="7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Rozumí obsahu vyprávění a reaguje na něj.</w:t>
      </w:r>
    </w:p>
    <w:p w14:paraId="639AF3F6" w14:textId="77777777" w:rsidR="005056D3" w:rsidRPr="005E151B" w:rsidRDefault="005056D3" w:rsidP="00A65840">
      <w:pPr>
        <w:pStyle w:val="Odstavecseseznamem"/>
        <w:numPr>
          <w:ilvl w:val="0"/>
          <w:numId w:val="7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Vyjadřuje vlastní prožitky pomocí obrázků, slov, symbolů.</w:t>
      </w:r>
    </w:p>
    <w:p w14:paraId="639AF3F7" w14:textId="77777777" w:rsidR="005056D3" w:rsidRPr="005E151B" w:rsidRDefault="005056D3" w:rsidP="00A65840">
      <w:pPr>
        <w:pStyle w:val="Odstavecseseznamem"/>
        <w:numPr>
          <w:ilvl w:val="0"/>
          <w:numId w:val="7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Rozlišuje postavy, jejich pocity a chování.</w:t>
      </w:r>
    </w:p>
    <w:p w14:paraId="639AF3F9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3FA" w14:textId="77777777" w:rsidR="005056D3" w:rsidRPr="000C1B2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Matematická gramotnost</w:t>
      </w:r>
    </w:p>
    <w:p w14:paraId="639AF3FB" w14:textId="77777777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1D7833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3FC" w14:textId="77777777" w:rsidR="005056D3" w:rsidRPr="005E151B" w:rsidRDefault="005056D3" w:rsidP="00A65840">
      <w:pPr>
        <w:pStyle w:val="Odstavecseseznamem"/>
        <w:numPr>
          <w:ilvl w:val="0"/>
          <w:numId w:val="7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Počítání částí těla, předmětů ve třídě.</w:t>
      </w:r>
    </w:p>
    <w:p w14:paraId="639AF3FD" w14:textId="77777777" w:rsidR="005056D3" w:rsidRPr="005E151B" w:rsidRDefault="005056D3" w:rsidP="00A65840">
      <w:pPr>
        <w:pStyle w:val="Odstavecseseznamem"/>
        <w:numPr>
          <w:ilvl w:val="0"/>
          <w:numId w:val="7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Porovnávání (kdo je vyšší, menší, těžší).</w:t>
      </w:r>
    </w:p>
    <w:p w14:paraId="639AF400" w14:textId="7A5C412C" w:rsidR="005056D3" w:rsidRDefault="005056D3" w:rsidP="00A65840">
      <w:pPr>
        <w:pStyle w:val="Odstavecseseznamem"/>
        <w:numPr>
          <w:ilvl w:val="0"/>
          <w:numId w:val="7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Práce se vzory a rytmy (tleskání, chůze, barvy).</w:t>
      </w:r>
    </w:p>
    <w:p w14:paraId="073123FC" w14:textId="77777777" w:rsidR="0014284A" w:rsidRPr="0014284A" w:rsidRDefault="0014284A" w:rsidP="0014284A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02" w14:textId="22B95160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1D7833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Související OVU:</w:t>
      </w:r>
    </w:p>
    <w:p w14:paraId="639AF403" w14:textId="77777777" w:rsidR="005056D3" w:rsidRPr="005E151B" w:rsidRDefault="005056D3" w:rsidP="00A65840">
      <w:pPr>
        <w:pStyle w:val="Odstavecseseznamem"/>
        <w:numPr>
          <w:ilvl w:val="0"/>
          <w:numId w:val="7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Orientuje se v základních prostorových vztazích (vlevo, vpravo).</w:t>
      </w:r>
    </w:p>
    <w:p w14:paraId="639AF404" w14:textId="77777777" w:rsidR="005056D3" w:rsidRPr="005E151B" w:rsidRDefault="005056D3" w:rsidP="00A65840">
      <w:pPr>
        <w:pStyle w:val="Odstavecseseznamem"/>
        <w:numPr>
          <w:ilvl w:val="0"/>
          <w:numId w:val="7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Třídí předměty podle jednoho znaku.</w:t>
      </w:r>
    </w:p>
    <w:p w14:paraId="639AF406" w14:textId="793D0DF9" w:rsidR="005056D3" w:rsidRPr="0014284A" w:rsidRDefault="005056D3" w:rsidP="00A65840">
      <w:pPr>
        <w:pStyle w:val="Odstavecseseznamem"/>
        <w:numPr>
          <w:ilvl w:val="0"/>
          <w:numId w:val="7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 pravidelnosti a rytmus.</w:t>
      </w:r>
    </w:p>
    <w:p w14:paraId="0C6D2D18" w14:textId="77777777" w:rsidR="005D50C8" w:rsidRDefault="005D50C8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08" w14:textId="1271C419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Nabídka činností</w:t>
      </w:r>
    </w:p>
    <w:p w14:paraId="639AF409" w14:textId="77777777" w:rsidR="005056D3" w:rsidRPr="005E151B" w:rsidRDefault="005056D3" w:rsidP="00A65840">
      <w:pPr>
        <w:pStyle w:val="Odstavecseseznamem"/>
        <w:numPr>
          <w:ilvl w:val="0"/>
          <w:numId w:val="7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Jóga a relaxace s tématem těla a emocí.</w:t>
      </w:r>
    </w:p>
    <w:p w14:paraId="639AF40A" w14:textId="77777777" w:rsidR="005056D3" w:rsidRPr="005E151B" w:rsidRDefault="005056D3" w:rsidP="00A65840">
      <w:pPr>
        <w:pStyle w:val="Odstavecseseznamem"/>
        <w:numPr>
          <w:ilvl w:val="0"/>
          <w:numId w:val="7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Společné výtvarné tvoření autoportrétů.</w:t>
      </w:r>
    </w:p>
    <w:p w14:paraId="639AF40B" w14:textId="77777777" w:rsidR="005056D3" w:rsidRPr="005E151B" w:rsidRDefault="005056D3" w:rsidP="00A65840">
      <w:pPr>
        <w:pStyle w:val="Odstavecseseznamem"/>
        <w:numPr>
          <w:ilvl w:val="0"/>
          <w:numId w:val="7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Emoční kartičky a hry na vyjadřování pocitů.</w:t>
      </w:r>
    </w:p>
    <w:p w14:paraId="639AF40C" w14:textId="77777777" w:rsidR="005056D3" w:rsidRPr="005E151B" w:rsidRDefault="005056D3" w:rsidP="00A65840">
      <w:pPr>
        <w:pStyle w:val="Odstavecseseznamem"/>
        <w:numPr>
          <w:ilvl w:val="0"/>
          <w:numId w:val="7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Hry na spolupráci – „Pavučina“, „Domeček pro kamarády“.</w:t>
      </w:r>
    </w:p>
    <w:p w14:paraId="639AF40D" w14:textId="77777777" w:rsidR="005056D3" w:rsidRPr="005E151B" w:rsidRDefault="005056D3" w:rsidP="00A65840">
      <w:pPr>
        <w:pStyle w:val="Odstavecseseznamem"/>
        <w:numPr>
          <w:ilvl w:val="0"/>
          <w:numId w:val="7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Vytváření třídních pravidel a společného kruhu.</w:t>
      </w:r>
    </w:p>
    <w:p w14:paraId="639AF40E" w14:textId="77777777" w:rsidR="005056D3" w:rsidRPr="005E151B" w:rsidRDefault="005056D3" w:rsidP="00A65840">
      <w:pPr>
        <w:pStyle w:val="Odstavecseseznamem"/>
        <w:numPr>
          <w:ilvl w:val="0"/>
          <w:numId w:val="7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Čtení a dramatizace příběhů o přátelství a odvaze.</w:t>
      </w:r>
    </w:p>
    <w:p w14:paraId="639AF411" w14:textId="093D1684" w:rsidR="005056D3" w:rsidRPr="009A2698" w:rsidRDefault="005056D3" w:rsidP="00A65840">
      <w:pPr>
        <w:pStyle w:val="Odstavecseseznamem"/>
        <w:numPr>
          <w:ilvl w:val="0"/>
          <w:numId w:val="7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Nahrávání „mé zprávy“ pro rodiče (audio, video s pomocí dospělého).</w:t>
      </w:r>
    </w:p>
    <w:p w14:paraId="639AF413" w14:textId="5A229AAF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C1B29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lastRenderedPageBreak/>
        <w:t>Možnosti propojení</w:t>
      </w:r>
    </w:p>
    <w:p w14:paraId="639AF414" w14:textId="77777777" w:rsidR="005056D3" w:rsidRPr="005E151B" w:rsidRDefault="005056D3" w:rsidP="00A65840">
      <w:pPr>
        <w:pStyle w:val="Odstavecseseznamem"/>
        <w:numPr>
          <w:ilvl w:val="0"/>
          <w:numId w:val="8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Navazuje na blok „Tělo a duše v rovnováze“ – tělesné vnímání, emoce, relaxace.</w:t>
      </w:r>
    </w:p>
    <w:p w14:paraId="639AF415" w14:textId="77777777" w:rsidR="005056D3" w:rsidRPr="005E151B" w:rsidRDefault="005056D3" w:rsidP="00A65840">
      <w:pPr>
        <w:pStyle w:val="Odstavecseseznamem"/>
        <w:numPr>
          <w:ilvl w:val="0"/>
          <w:numId w:val="8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Přirozeně se propojuje s blokem „Hra, která nás spojuje“ – vztahy, spolupráce, pravidla.</w:t>
      </w:r>
    </w:p>
    <w:p w14:paraId="639AF416" w14:textId="77777777" w:rsidR="005056D3" w:rsidRPr="005E151B" w:rsidRDefault="005056D3" w:rsidP="00A65840">
      <w:pPr>
        <w:pStyle w:val="Odstavecseseznamem"/>
        <w:numPr>
          <w:ilvl w:val="0"/>
          <w:numId w:val="8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Může ústit do témat z bloku „Když naslouchám přírodě“ – naslouchání, zklidnění, propojení těla a duše.</w:t>
      </w:r>
    </w:p>
    <w:p w14:paraId="639AF417" w14:textId="77777777" w:rsidR="005056D3" w:rsidRDefault="005056D3" w:rsidP="00A65840">
      <w:pPr>
        <w:spacing w:after="120"/>
        <w:rPr>
          <w:rFonts w:asciiTheme="majorHAnsi" w:hAnsiTheme="majorHAnsi" w:cstheme="majorHAnsi"/>
          <w:szCs w:val="24"/>
        </w:rPr>
      </w:pPr>
    </w:p>
    <w:p w14:paraId="7C70CA16" w14:textId="77777777" w:rsidR="00E13447" w:rsidRDefault="00E134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72C861CB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5979C7A5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2E310490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7ED257F4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1F8ADCCD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583D7798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36093A55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434F8670" w14:textId="77777777" w:rsidR="004D4A47" w:rsidRDefault="004D4A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17985BE8" w14:textId="77777777" w:rsidR="001D7833" w:rsidRDefault="001D7833" w:rsidP="00A65840">
      <w:pPr>
        <w:spacing w:after="120"/>
        <w:rPr>
          <w:rFonts w:asciiTheme="majorHAnsi" w:hAnsiTheme="majorHAnsi" w:cstheme="majorHAnsi"/>
          <w:szCs w:val="24"/>
        </w:rPr>
      </w:pPr>
    </w:p>
    <w:p w14:paraId="6F70202B" w14:textId="77777777" w:rsidR="001D7833" w:rsidRDefault="001D7833" w:rsidP="00A65840">
      <w:pPr>
        <w:spacing w:after="120"/>
        <w:rPr>
          <w:rFonts w:asciiTheme="majorHAnsi" w:hAnsiTheme="majorHAnsi" w:cstheme="majorHAnsi"/>
          <w:szCs w:val="24"/>
        </w:rPr>
      </w:pPr>
    </w:p>
    <w:p w14:paraId="0C17F8FB" w14:textId="77777777" w:rsidR="00E13447" w:rsidRDefault="00E134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2FAC70BF" w14:textId="77777777" w:rsidR="00E13447" w:rsidRDefault="00E13447" w:rsidP="00A65840">
      <w:pPr>
        <w:spacing w:after="120"/>
        <w:rPr>
          <w:rFonts w:asciiTheme="majorHAnsi" w:hAnsiTheme="majorHAnsi" w:cstheme="majorHAnsi"/>
          <w:szCs w:val="24"/>
        </w:rPr>
      </w:pPr>
    </w:p>
    <w:p w14:paraId="0E6E4AF8" w14:textId="77777777" w:rsidR="009A2698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5C2DDFDA" w14:textId="77777777" w:rsidR="009A2698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5FC7FBB8" w14:textId="77777777" w:rsidR="009A2698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16E0B25C" w14:textId="77777777" w:rsidR="009A2698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0C8D1A64" w14:textId="77777777" w:rsidR="009A2698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7D608B4E" w14:textId="77777777" w:rsidR="009A2698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0A942839" w14:textId="77777777" w:rsidR="009A2698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235EADC7" w14:textId="77777777" w:rsidR="009A2698" w:rsidRPr="006D4B3E" w:rsidRDefault="009A2698" w:rsidP="00A65840">
      <w:pPr>
        <w:spacing w:after="120"/>
        <w:rPr>
          <w:rFonts w:asciiTheme="majorHAnsi" w:hAnsiTheme="majorHAnsi" w:cstheme="majorHAnsi"/>
          <w:szCs w:val="24"/>
        </w:rPr>
      </w:pPr>
    </w:p>
    <w:p w14:paraId="639AF418" w14:textId="77777777" w:rsidR="005056D3" w:rsidRPr="006D4B3E" w:rsidRDefault="005056D3" w:rsidP="00A65840">
      <w:pPr>
        <w:pStyle w:val="Nadpis1"/>
        <w:spacing w:before="0" w:after="120"/>
        <w:rPr>
          <w:rFonts w:eastAsiaTheme="minorEastAsia" w:cstheme="majorHAnsi"/>
          <w:color w:val="auto"/>
          <w:sz w:val="24"/>
          <w:szCs w:val="24"/>
        </w:rPr>
      </w:pPr>
      <w:r w:rsidRPr="006D4B3E">
        <w:rPr>
          <w:rFonts w:ascii="Calibri" w:hAnsi="Calibri" w:cstheme="majorHAnsi"/>
          <w:sz w:val="24"/>
          <w:szCs w:val="24"/>
          <w:lang w:val="cs-CZ" w:eastAsia="cs-CZ"/>
        </w:rPr>
        <w:lastRenderedPageBreak/>
        <w:t>2. Když naslouchám přírodě</w:t>
      </w:r>
    </w:p>
    <w:p w14:paraId="639AF419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1A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Charakteristika</w:t>
      </w:r>
    </w:p>
    <w:p w14:paraId="639AF41B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1C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Blok rozvíjí vztah dítěte k přírodě prostřednictvím vnímání, prožitku, pozorování a péče. Vede děti k hlubokému porozumění přírodním jevům, rytmům a zákonitostem. Učí je přírodu chránit, obdivovat a chápat jako domov, který si zaslouží ohleduplnost. Děti zažívají přírodu celým tělem i srdcem – pozorují, naslouchají, tvoří a pečují.</w:t>
      </w:r>
    </w:p>
    <w:p w14:paraId="639AF41D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1E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1F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 </w:t>
      </w: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Cíle / záměry integrovaného bloku</w:t>
      </w:r>
    </w:p>
    <w:p w14:paraId="639AF420" w14:textId="77777777" w:rsidR="005056D3" w:rsidRPr="005E151B" w:rsidRDefault="005056D3" w:rsidP="00A65840">
      <w:pPr>
        <w:pStyle w:val="Odstavecseseznamem"/>
        <w:numPr>
          <w:ilvl w:val="0"/>
          <w:numId w:val="8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Vytvářet kladný vztah k přírodě na základě vlastního prožitku.</w:t>
      </w:r>
    </w:p>
    <w:p w14:paraId="639AF421" w14:textId="77777777" w:rsidR="005056D3" w:rsidRPr="005E151B" w:rsidRDefault="005056D3" w:rsidP="00A65840">
      <w:pPr>
        <w:pStyle w:val="Odstavecseseznamem"/>
        <w:numPr>
          <w:ilvl w:val="0"/>
          <w:numId w:val="8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Rozvíjet schopnost vnímat rytmus, proměnlivost a krásu přírody.</w:t>
      </w:r>
    </w:p>
    <w:p w14:paraId="639AF422" w14:textId="77777777" w:rsidR="005056D3" w:rsidRPr="005E151B" w:rsidRDefault="005056D3" w:rsidP="00A65840">
      <w:pPr>
        <w:pStyle w:val="Odstavecseseznamem"/>
        <w:numPr>
          <w:ilvl w:val="0"/>
          <w:numId w:val="8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Vést děti k odpovědnému chování v přírodě.</w:t>
      </w:r>
    </w:p>
    <w:p w14:paraId="639AF423" w14:textId="77777777" w:rsidR="005056D3" w:rsidRPr="005E151B" w:rsidRDefault="005056D3" w:rsidP="00A65840">
      <w:pPr>
        <w:pStyle w:val="Odstavecseseznamem"/>
        <w:numPr>
          <w:ilvl w:val="0"/>
          <w:numId w:val="8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Učit děti pečovat o živé tvory a přírodní prostředí.</w:t>
      </w:r>
    </w:p>
    <w:p w14:paraId="639AF424" w14:textId="77777777" w:rsidR="005056D3" w:rsidRPr="005E151B" w:rsidRDefault="005056D3" w:rsidP="00A65840">
      <w:pPr>
        <w:pStyle w:val="Odstavecseseznamem"/>
        <w:numPr>
          <w:ilvl w:val="0"/>
          <w:numId w:val="8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Podporovat badatelský a tvořivý přístup k přírodním jevům.</w:t>
      </w:r>
    </w:p>
    <w:p w14:paraId="639AF425" w14:textId="77777777" w:rsidR="005056D3" w:rsidRPr="005E151B" w:rsidRDefault="005056D3" w:rsidP="00A65840">
      <w:pPr>
        <w:pStyle w:val="Odstavecseseznamem"/>
        <w:numPr>
          <w:ilvl w:val="0"/>
          <w:numId w:val="8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Podněcovat zvídavost a schopnost klást otázky.</w:t>
      </w:r>
    </w:p>
    <w:p w14:paraId="639AF426" w14:textId="77777777" w:rsidR="005056D3" w:rsidRPr="005E151B" w:rsidRDefault="005056D3" w:rsidP="00A65840">
      <w:pPr>
        <w:pStyle w:val="Odstavecseseznamem"/>
        <w:numPr>
          <w:ilvl w:val="0"/>
          <w:numId w:val="8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Propojovat vnější přírodu s vnitřním světem dítěte – zklidnění, pozornost, naslouchání.</w:t>
      </w:r>
    </w:p>
    <w:p w14:paraId="639AF429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2A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2B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Vzdělávací oblasti dle RVP PV (2025)</w:t>
      </w:r>
    </w:p>
    <w:p w14:paraId="639AF42C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2E" w14:textId="67AFEED0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jeho tělo</w:t>
      </w:r>
    </w:p>
    <w:p w14:paraId="639AF430" w14:textId="7A7DAF64" w:rsidR="005056D3" w:rsidRDefault="005056D3" w:rsidP="00A65840">
      <w:pPr>
        <w:pStyle w:val="Odstavecseseznamem"/>
        <w:numPr>
          <w:ilvl w:val="0"/>
          <w:numId w:val="2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Přirozený pohyb v terénu, rozvoj rovnováhy a obratnosti</w:t>
      </w:r>
    </w:p>
    <w:p w14:paraId="226473DD" w14:textId="77777777" w:rsidR="00BA00B7" w:rsidRPr="00BA00B7" w:rsidRDefault="00BA00B7" w:rsidP="00A65840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5AA43682" w14:textId="72C5AA05" w:rsidR="00BA00B7" w:rsidRDefault="005056D3" w:rsidP="00A65840">
      <w:pPr>
        <w:pStyle w:val="Odstavecseseznamem"/>
        <w:numPr>
          <w:ilvl w:val="0"/>
          <w:numId w:val="2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Jóga a relaxace v</w:t>
      </w:r>
      <w:r w:rsidR="00BA00B7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 </w:t>
      </w: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přírodě</w:t>
      </w:r>
    </w:p>
    <w:p w14:paraId="24186699" w14:textId="77777777" w:rsidR="00BA00B7" w:rsidRPr="00BA00B7" w:rsidRDefault="00BA00B7" w:rsidP="00A65840">
      <w:pPr>
        <w:pStyle w:val="Odstavecseseznamem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33" w14:textId="64743F10" w:rsidR="005056D3" w:rsidRPr="00BA00B7" w:rsidRDefault="005056D3" w:rsidP="00A65840">
      <w:pPr>
        <w:pStyle w:val="Odstavecseseznamem"/>
        <w:numPr>
          <w:ilvl w:val="0"/>
          <w:numId w:val="2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BA00B7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Vědomé dýchání, práce s tělem venku</w:t>
      </w:r>
    </w:p>
    <w:p w14:paraId="639AF438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4BBF9429" w14:textId="77777777" w:rsidR="00BA00B7" w:rsidRDefault="00BA00B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1B2FD86A" w14:textId="77777777" w:rsidR="00BA00B7" w:rsidRDefault="00BA00B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43A" w14:textId="102133C1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lastRenderedPageBreak/>
        <w:t>Dítě a jeho psychika</w:t>
      </w:r>
    </w:p>
    <w:p w14:paraId="751C87CF" w14:textId="77777777" w:rsidR="00BA00B7" w:rsidRDefault="005056D3" w:rsidP="00A65840">
      <w:pPr>
        <w:pStyle w:val="Odstavecseseznamem"/>
        <w:numPr>
          <w:ilvl w:val="0"/>
          <w:numId w:val="3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Vnímání přírodních jevů všemi smysly</w:t>
      </w:r>
    </w:p>
    <w:p w14:paraId="3C766D5C" w14:textId="77777777" w:rsidR="00BA00B7" w:rsidRDefault="00BA00B7" w:rsidP="00A65840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43B0528" w14:textId="642EDE8C" w:rsidR="00BA00B7" w:rsidRPr="00BA00B7" w:rsidRDefault="005056D3" w:rsidP="00A65840">
      <w:pPr>
        <w:pStyle w:val="Odstavecseseznamem"/>
        <w:numPr>
          <w:ilvl w:val="0"/>
          <w:numId w:val="3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BA00B7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Rozvoj koncentrace, klidu a pozornosti</w:t>
      </w:r>
    </w:p>
    <w:p w14:paraId="1741CF23" w14:textId="77777777" w:rsidR="00BA00B7" w:rsidRPr="00BA00B7" w:rsidRDefault="00BA00B7" w:rsidP="00A65840">
      <w:pPr>
        <w:pStyle w:val="Odstavecseseznamem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3744BBBE" w14:textId="674634B7" w:rsidR="004D4A47" w:rsidRPr="00B12CC3" w:rsidRDefault="005056D3" w:rsidP="00A65840">
      <w:pPr>
        <w:pStyle w:val="Odstavecseseznamem"/>
        <w:numPr>
          <w:ilvl w:val="0"/>
          <w:numId w:val="3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BA00B7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Podpora představivosti, tvořivosti a zvídavosti</w:t>
      </w:r>
    </w:p>
    <w:p w14:paraId="41742334" w14:textId="77777777" w:rsidR="004D4A47" w:rsidRPr="00BB54D6" w:rsidRDefault="004D4A4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443" w14:textId="0CB30D8E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ten druhý</w:t>
      </w:r>
    </w:p>
    <w:p w14:paraId="79445A3C" w14:textId="77777777" w:rsidR="00BA00B7" w:rsidRDefault="005056D3" w:rsidP="00A65840">
      <w:pPr>
        <w:pStyle w:val="Odstavecseseznamem"/>
        <w:numPr>
          <w:ilvl w:val="0"/>
          <w:numId w:val="3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Společná péče o záhony, slepičky, přírodní kouty</w:t>
      </w:r>
    </w:p>
    <w:p w14:paraId="07FD6BC9" w14:textId="77777777" w:rsidR="00BA00B7" w:rsidRDefault="00BA00B7" w:rsidP="00A65840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5AEB613B" w14:textId="77777777" w:rsidR="00BA00B7" w:rsidRDefault="005056D3" w:rsidP="00A65840">
      <w:pPr>
        <w:pStyle w:val="Odstavecseseznamem"/>
        <w:numPr>
          <w:ilvl w:val="0"/>
          <w:numId w:val="3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BA00B7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Sdílení přírodních objevů, pozorování</w:t>
      </w:r>
    </w:p>
    <w:p w14:paraId="12FDF89E" w14:textId="77777777" w:rsidR="00BA00B7" w:rsidRPr="00BA00B7" w:rsidRDefault="00BA00B7" w:rsidP="00A65840">
      <w:pPr>
        <w:pStyle w:val="Odstavecseseznamem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49" w14:textId="700A6C58" w:rsidR="005056D3" w:rsidRPr="00BA00B7" w:rsidRDefault="005056D3" w:rsidP="00A65840">
      <w:pPr>
        <w:pStyle w:val="Odstavecseseznamem"/>
        <w:numPr>
          <w:ilvl w:val="0"/>
          <w:numId w:val="3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BA00B7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Kooperace při ekologických činnostech</w:t>
      </w:r>
    </w:p>
    <w:p w14:paraId="639AF44A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4C" w14:textId="48C058EE" w:rsidR="005056D3" w:rsidRPr="00D0639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D06390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svět</w:t>
      </w:r>
    </w:p>
    <w:p w14:paraId="639AF44E" w14:textId="17256FD9" w:rsidR="005056D3" w:rsidRDefault="005056D3" w:rsidP="00A65840">
      <w:pPr>
        <w:pStyle w:val="Odstavecseseznamem"/>
        <w:numPr>
          <w:ilvl w:val="0"/>
          <w:numId w:val="3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Pochopení základních přírodních zákonitostí</w:t>
      </w:r>
    </w:p>
    <w:p w14:paraId="5130073E" w14:textId="77777777" w:rsidR="00893705" w:rsidRPr="00893705" w:rsidRDefault="00893705" w:rsidP="00A65840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4F" w14:textId="77777777" w:rsidR="005056D3" w:rsidRDefault="005056D3" w:rsidP="00A65840">
      <w:pPr>
        <w:pStyle w:val="Odstavecseseznamem"/>
        <w:numPr>
          <w:ilvl w:val="0"/>
          <w:numId w:val="3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Vnímání souvislostí mezi cho</w:t>
      </w:r>
      <w:r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váním člověka a stavem prostředí</w:t>
      </w:r>
    </w:p>
    <w:p w14:paraId="639AF450" w14:textId="77777777" w:rsidR="005056D3" w:rsidRPr="00AA504C" w:rsidRDefault="005056D3" w:rsidP="00A65840">
      <w:pPr>
        <w:pStyle w:val="Odstavecseseznamem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1A988FF4" w14:textId="4DE456BC" w:rsidR="004D4A47" w:rsidRDefault="005056D3" w:rsidP="00A65840">
      <w:pPr>
        <w:pStyle w:val="Odstavecseseznamem"/>
        <w:numPr>
          <w:ilvl w:val="0"/>
          <w:numId w:val="3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Uplatňování ekologických návyků (třídění, kompostování)</w:t>
      </w:r>
    </w:p>
    <w:p w14:paraId="46DDE479" w14:textId="77777777" w:rsidR="004D4A47" w:rsidRPr="004D4A47" w:rsidRDefault="004D4A47" w:rsidP="004D4A47">
      <w:pPr>
        <w:pStyle w:val="Odstavecseseznamem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7C7CBAF" w14:textId="77777777" w:rsidR="004D4A47" w:rsidRDefault="004D4A47" w:rsidP="004D4A47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4C1FB0F7" w14:textId="77777777" w:rsidR="004D4A47" w:rsidRPr="004D4A47" w:rsidRDefault="004D4A47" w:rsidP="004D4A47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56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 </w:t>
      </w: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Klíčové kompetence dle RVP PV 2025</w:t>
      </w:r>
    </w:p>
    <w:p w14:paraId="639AF457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58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k učení</w:t>
      </w:r>
    </w:p>
    <w:p w14:paraId="639AF459" w14:textId="77777777" w:rsidR="005056D3" w:rsidRPr="00AA504C" w:rsidRDefault="005056D3" w:rsidP="00A65840">
      <w:pPr>
        <w:pStyle w:val="Odstavecseseznamem"/>
        <w:numPr>
          <w:ilvl w:val="0"/>
          <w:numId w:val="3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Dítě pozoruje přírodní jevy a hledá souvislosti.</w:t>
      </w:r>
    </w:p>
    <w:p w14:paraId="639AF45A" w14:textId="77777777" w:rsidR="005056D3" w:rsidRPr="00AA504C" w:rsidRDefault="005056D3" w:rsidP="00A65840">
      <w:pPr>
        <w:pStyle w:val="Odstavecseseznamem"/>
        <w:numPr>
          <w:ilvl w:val="0"/>
          <w:numId w:val="3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Formuluje otázky typu „Proč padá listí?“ a „Kam mizí brouci?“</w:t>
      </w:r>
    </w:p>
    <w:p w14:paraId="697875C2" w14:textId="59949A53" w:rsidR="00B848E7" w:rsidRPr="00B848E7" w:rsidRDefault="005056D3" w:rsidP="00A65840">
      <w:pPr>
        <w:pStyle w:val="Odstavecseseznamem"/>
        <w:numPr>
          <w:ilvl w:val="0"/>
          <w:numId w:val="3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Sdílí, co nového </w:t>
      </w:r>
      <w:r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se naučilo při pobytu v přírodě.</w:t>
      </w:r>
    </w:p>
    <w:p w14:paraId="339362F5" w14:textId="77777777" w:rsidR="00B848E7" w:rsidRPr="006D4B3E" w:rsidRDefault="00B848E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5D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k řešení problémů</w:t>
      </w:r>
    </w:p>
    <w:p w14:paraId="639AF45E" w14:textId="77777777" w:rsidR="005056D3" w:rsidRPr="00AA504C" w:rsidRDefault="005056D3" w:rsidP="00A65840">
      <w:pPr>
        <w:pStyle w:val="Odstavecseseznamem"/>
        <w:numPr>
          <w:ilvl w:val="0"/>
          <w:numId w:val="3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Uvažuje nad tím, jak pečovat o živé tvory, co dělat v případě ohrožení.</w:t>
      </w:r>
    </w:p>
    <w:p w14:paraId="639AF45F" w14:textId="77777777" w:rsidR="005056D3" w:rsidRPr="00AA504C" w:rsidRDefault="005056D3" w:rsidP="00A65840">
      <w:pPr>
        <w:pStyle w:val="Odstavecseseznamem"/>
        <w:numPr>
          <w:ilvl w:val="0"/>
          <w:numId w:val="3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Hledá způsoby, jak chránit přírodu, navrhuje, co zlepšit ve svém okolí.</w:t>
      </w:r>
    </w:p>
    <w:p w14:paraId="639AF460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61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komunikační</w:t>
      </w:r>
    </w:p>
    <w:p w14:paraId="639AF462" w14:textId="77777777" w:rsidR="005056D3" w:rsidRPr="00AA504C" w:rsidRDefault="005056D3" w:rsidP="00A65840">
      <w:pPr>
        <w:pStyle w:val="Odstavecseseznamem"/>
        <w:numPr>
          <w:ilvl w:val="0"/>
          <w:numId w:val="3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Popisuje přírodní jevy, co vidělo, slyšelo, zažilo.</w:t>
      </w:r>
    </w:p>
    <w:p w14:paraId="639AF463" w14:textId="77777777" w:rsidR="005056D3" w:rsidRPr="00AA504C" w:rsidRDefault="005056D3" w:rsidP="00A65840">
      <w:pPr>
        <w:pStyle w:val="Odstavecseseznamem"/>
        <w:numPr>
          <w:ilvl w:val="0"/>
          <w:numId w:val="3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Sdílí své pocity z pobytu venku.</w:t>
      </w:r>
    </w:p>
    <w:p w14:paraId="639AF464" w14:textId="77777777" w:rsidR="005056D3" w:rsidRPr="00AA504C" w:rsidRDefault="005056D3" w:rsidP="00A65840">
      <w:pPr>
        <w:pStyle w:val="Odstavecseseznamem"/>
        <w:numPr>
          <w:ilvl w:val="0"/>
          <w:numId w:val="3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Vysvětluje, co zjistilo nebo pozorovalo.</w:t>
      </w:r>
    </w:p>
    <w:p w14:paraId="639AF465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66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občanské</w:t>
      </w:r>
    </w:p>
    <w:p w14:paraId="639AF467" w14:textId="77777777" w:rsidR="005056D3" w:rsidRPr="00AA504C" w:rsidRDefault="005056D3" w:rsidP="00A65840">
      <w:pPr>
        <w:pStyle w:val="Odstavecseseznamem"/>
        <w:numPr>
          <w:ilvl w:val="0"/>
          <w:numId w:val="3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Uvědomuje si, že příroda patří všem a je třeba ji chránit.</w:t>
      </w:r>
    </w:p>
    <w:p w14:paraId="639AF468" w14:textId="77777777" w:rsidR="005056D3" w:rsidRPr="00AA504C" w:rsidRDefault="005056D3" w:rsidP="00A65840">
      <w:pPr>
        <w:pStyle w:val="Odstavecseseznamem"/>
        <w:numPr>
          <w:ilvl w:val="0"/>
          <w:numId w:val="3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Přijímá zodpovědnost za své chování venku.</w:t>
      </w:r>
    </w:p>
    <w:p w14:paraId="639AF469" w14:textId="77777777" w:rsidR="005056D3" w:rsidRPr="00AA504C" w:rsidRDefault="005056D3" w:rsidP="00A65840">
      <w:pPr>
        <w:pStyle w:val="Odstavecseseznamem"/>
        <w:numPr>
          <w:ilvl w:val="0"/>
          <w:numId w:val="3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Aktivně se zapojuje do péče o prostředí.</w:t>
      </w:r>
    </w:p>
    <w:p w14:paraId="639AF46A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6B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personální a sociální</w:t>
      </w:r>
    </w:p>
    <w:p w14:paraId="639AF46C" w14:textId="77777777" w:rsidR="005056D3" w:rsidRPr="00AA504C" w:rsidRDefault="005056D3" w:rsidP="00A65840">
      <w:pPr>
        <w:pStyle w:val="Odstavecseseznamem"/>
        <w:numPr>
          <w:ilvl w:val="0"/>
          <w:numId w:val="3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Spolupracuje při péči o záhon, slepičky, kompostér.</w:t>
      </w:r>
    </w:p>
    <w:p w14:paraId="639AF46D" w14:textId="77777777" w:rsidR="005056D3" w:rsidRPr="00AA504C" w:rsidRDefault="005056D3" w:rsidP="00A65840">
      <w:pPr>
        <w:pStyle w:val="Odstavecseseznamem"/>
        <w:numPr>
          <w:ilvl w:val="0"/>
          <w:numId w:val="3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Sdílí radost z přírody, pomáhá mladším pozorovat a naslouchat.</w:t>
      </w:r>
    </w:p>
    <w:p w14:paraId="639AF46E" w14:textId="77777777" w:rsidR="005056D3" w:rsidRPr="00AA504C" w:rsidRDefault="005056D3" w:rsidP="00A65840">
      <w:pPr>
        <w:pStyle w:val="Odstavecseseznamem"/>
        <w:numPr>
          <w:ilvl w:val="0"/>
          <w:numId w:val="3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Respektuje přírodní rytmy a potřeby živých tvorů.</w:t>
      </w:r>
    </w:p>
    <w:p w14:paraId="639AF46F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70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pracovní</w:t>
      </w:r>
    </w:p>
    <w:p w14:paraId="639AF471" w14:textId="77777777" w:rsidR="005056D3" w:rsidRPr="00AA504C" w:rsidRDefault="005056D3" w:rsidP="00A65840">
      <w:pPr>
        <w:pStyle w:val="Odstavecseseznamem"/>
        <w:numPr>
          <w:ilvl w:val="0"/>
          <w:numId w:val="3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Dokončuje úkoly související s péčí o přírodu.</w:t>
      </w:r>
    </w:p>
    <w:p w14:paraId="639AF472" w14:textId="77777777" w:rsidR="005056D3" w:rsidRPr="00AA504C" w:rsidRDefault="005056D3" w:rsidP="00A65840">
      <w:pPr>
        <w:pStyle w:val="Odstavecseseznamem"/>
        <w:numPr>
          <w:ilvl w:val="0"/>
          <w:numId w:val="3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Udržuje pracovní pomůcky.</w:t>
      </w:r>
    </w:p>
    <w:p w14:paraId="639AF473" w14:textId="77777777" w:rsidR="005056D3" w:rsidRPr="00AA504C" w:rsidRDefault="005056D3" w:rsidP="00A65840">
      <w:pPr>
        <w:pStyle w:val="Odstavecseseznamem"/>
        <w:numPr>
          <w:ilvl w:val="0"/>
          <w:numId w:val="3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Podílí se na třídění odpadu a bioodpadu.</w:t>
      </w:r>
    </w:p>
    <w:p w14:paraId="639AF474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75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digitální</w:t>
      </w:r>
    </w:p>
    <w:p w14:paraId="639AF476" w14:textId="77777777" w:rsidR="005056D3" w:rsidRPr="00AA504C" w:rsidRDefault="005056D3" w:rsidP="00A65840">
      <w:pPr>
        <w:pStyle w:val="Odstavecseseznamem"/>
        <w:numPr>
          <w:ilvl w:val="0"/>
          <w:numId w:val="3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Pořizuje s pomocí dospělého fotografie přírody, zachycuje proměny.</w:t>
      </w:r>
    </w:p>
    <w:p w14:paraId="639AF477" w14:textId="77777777" w:rsidR="005056D3" w:rsidRPr="00AA504C" w:rsidRDefault="005056D3" w:rsidP="00A65840">
      <w:pPr>
        <w:pStyle w:val="Odstavecseseznamem"/>
        <w:numPr>
          <w:ilvl w:val="0"/>
          <w:numId w:val="3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Sleduje digitální záznamy o zvířatech a rostlinách.</w:t>
      </w:r>
    </w:p>
    <w:p w14:paraId="639AF478" w14:textId="77777777" w:rsidR="005056D3" w:rsidRPr="00AA504C" w:rsidRDefault="005056D3" w:rsidP="00A65840">
      <w:pPr>
        <w:pStyle w:val="Odstavecseseznamem"/>
        <w:numPr>
          <w:ilvl w:val="0"/>
          <w:numId w:val="3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Podílí se na tvorbě přírodního kalendáře.</w:t>
      </w:r>
    </w:p>
    <w:p w14:paraId="7444C2F5" w14:textId="77777777" w:rsidR="000D49EF" w:rsidRPr="001E2920" w:rsidRDefault="000D49EF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</w:p>
    <w:p w14:paraId="639AF47A" w14:textId="77777777" w:rsidR="005056D3" w:rsidRPr="001E2920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</w:pPr>
      <w:r w:rsidRPr="001E2920">
        <w:rPr>
          <w:rFonts w:asciiTheme="majorHAnsi" w:eastAsia="Times New Roman" w:hAnsiTheme="majorHAnsi" w:cstheme="majorHAnsi"/>
          <w:i/>
          <w:iCs/>
          <w:color w:val="000000"/>
          <w:szCs w:val="24"/>
          <w:lang w:val="cs-CZ" w:eastAsia="cs-CZ"/>
        </w:rPr>
        <w:t>Kompetence kulturní</w:t>
      </w:r>
    </w:p>
    <w:p w14:paraId="639AF47B" w14:textId="77777777" w:rsidR="005056D3" w:rsidRPr="00AA504C" w:rsidRDefault="005056D3" w:rsidP="00A65840">
      <w:pPr>
        <w:pStyle w:val="Odstavecseseznamem"/>
        <w:numPr>
          <w:ilvl w:val="0"/>
          <w:numId w:val="4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 krásu a rozmanitost přírody jako součást kulturního dědictví.</w:t>
      </w:r>
    </w:p>
    <w:p w14:paraId="639AF47C" w14:textId="77777777" w:rsidR="005056D3" w:rsidRPr="00AA504C" w:rsidRDefault="005056D3" w:rsidP="00A65840">
      <w:pPr>
        <w:pStyle w:val="Odstavecseseznamem"/>
        <w:numPr>
          <w:ilvl w:val="0"/>
          <w:numId w:val="4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Vyjadřuje přírodní zážitky výtvarně, hudebně, dramaticky.</w:t>
      </w:r>
    </w:p>
    <w:p w14:paraId="639AF480" w14:textId="610D340B" w:rsidR="005056D3" w:rsidRPr="00E13447" w:rsidRDefault="005056D3" w:rsidP="00A65840">
      <w:pPr>
        <w:pStyle w:val="Odstavecseseznamem"/>
        <w:numPr>
          <w:ilvl w:val="0"/>
          <w:numId w:val="4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Účastní se oslav přírodních cyklů (např. vítání jara).</w:t>
      </w:r>
    </w:p>
    <w:p w14:paraId="639AF481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83" w14:textId="4D20A640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lastRenderedPageBreak/>
        <w:t>Očekávané výsledky učení (vybrané)</w:t>
      </w:r>
    </w:p>
    <w:p w14:paraId="639AF484" w14:textId="77777777" w:rsidR="005056D3" w:rsidRPr="00AA504C" w:rsidRDefault="005056D3" w:rsidP="00A65840">
      <w:pPr>
        <w:pStyle w:val="Odstavecseseznamem"/>
        <w:numPr>
          <w:ilvl w:val="0"/>
          <w:numId w:val="4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Pozoruje a popisuje proměny v přírodě.</w:t>
      </w:r>
    </w:p>
    <w:p w14:paraId="639AF485" w14:textId="77777777" w:rsidR="005056D3" w:rsidRPr="00AA504C" w:rsidRDefault="005056D3" w:rsidP="00A65840">
      <w:pPr>
        <w:pStyle w:val="Odstavecseseznamem"/>
        <w:numPr>
          <w:ilvl w:val="0"/>
          <w:numId w:val="4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Chápe potřebu ochrany přírody a aktivně se zapojuje do péče o ni.</w:t>
      </w:r>
    </w:p>
    <w:p w14:paraId="639AF486" w14:textId="77777777" w:rsidR="005056D3" w:rsidRPr="00AA504C" w:rsidRDefault="005056D3" w:rsidP="00A65840">
      <w:pPr>
        <w:pStyle w:val="Odstavecseseznamem"/>
        <w:numPr>
          <w:ilvl w:val="0"/>
          <w:numId w:val="4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 rytmus ročních období.</w:t>
      </w:r>
    </w:p>
    <w:p w14:paraId="639AF487" w14:textId="77777777" w:rsidR="005056D3" w:rsidRPr="00AA504C" w:rsidRDefault="005056D3" w:rsidP="00A65840">
      <w:pPr>
        <w:pStyle w:val="Odstavecseseznamem"/>
        <w:numPr>
          <w:ilvl w:val="0"/>
          <w:numId w:val="4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Naslouchá přírodním zvukům a rozlišuje je.</w:t>
      </w:r>
    </w:p>
    <w:p w14:paraId="639AF488" w14:textId="77777777" w:rsidR="005056D3" w:rsidRPr="00AA504C" w:rsidRDefault="005056D3" w:rsidP="00A65840">
      <w:pPr>
        <w:pStyle w:val="Odstavecseseznamem"/>
        <w:numPr>
          <w:ilvl w:val="0"/>
          <w:numId w:val="4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Pečuje o záhon, slepičky, třídí odpad, kompostuje.</w:t>
      </w:r>
    </w:p>
    <w:p w14:paraId="639AF489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8A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8C" w14:textId="5C2D4BB2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Rozvoj gramotností</w:t>
      </w:r>
    </w:p>
    <w:p w14:paraId="104FC6E0" w14:textId="77777777" w:rsidR="001D7833" w:rsidRPr="005D50C8" w:rsidRDefault="001D783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639AF48D" w14:textId="77777777" w:rsidR="005056D3" w:rsidRPr="00A4061F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A4061F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Čtenářská gramotnost</w:t>
      </w:r>
    </w:p>
    <w:p w14:paraId="639AF48F" w14:textId="7B5617E4" w:rsidR="005056D3" w:rsidRPr="0056470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564709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490" w14:textId="77777777" w:rsidR="005056D3" w:rsidRPr="00AA504C" w:rsidRDefault="005056D3" w:rsidP="00A65840">
      <w:pPr>
        <w:pStyle w:val="Odstavecseseznamem"/>
        <w:numPr>
          <w:ilvl w:val="0"/>
          <w:numId w:val="4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Poslech příběhů a pohádek o přírodě</w:t>
      </w:r>
    </w:p>
    <w:p w14:paraId="639AF491" w14:textId="77777777" w:rsidR="005056D3" w:rsidRPr="00AA504C" w:rsidRDefault="005056D3" w:rsidP="00A65840">
      <w:pPr>
        <w:pStyle w:val="Odstavecseseznamem"/>
        <w:numPr>
          <w:ilvl w:val="0"/>
          <w:numId w:val="4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Popis přírodních jevů vlastními slovy</w:t>
      </w:r>
    </w:p>
    <w:p w14:paraId="639AF492" w14:textId="77777777" w:rsidR="005056D3" w:rsidRPr="00AA504C" w:rsidRDefault="005056D3" w:rsidP="00A65840">
      <w:pPr>
        <w:pStyle w:val="Odstavecseseznamem"/>
        <w:numPr>
          <w:ilvl w:val="0"/>
          <w:numId w:val="4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Tvorba obrázkových knih a kalendářů o přírodě</w:t>
      </w:r>
    </w:p>
    <w:p w14:paraId="639AF494" w14:textId="1F1633C3" w:rsidR="005056D3" w:rsidRPr="005C1CEC" w:rsidRDefault="005056D3" w:rsidP="00A65840">
      <w:pPr>
        <w:pStyle w:val="Odstavecseseznamem"/>
        <w:numPr>
          <w:ilvl w:val="0"/>
          <w:numId w:val="4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Práce s encyklopediemi pro děti</w:t>
      </w:r>
    </w:p>
    <w:p w14:paraId="639AF495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C02DD30" w14:textId="28907B93" w:rsidR="00564709" w:rsidRPr="0056470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564709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Související OVU:</w:t>
      </w:r>
    </w:p>
    <w:p w14:paraId="639AF498" w14:textId="77777777" w:rsidR="005056D3" w:rsidRPr="00AA504C" w:rsidRDefault="005056D3" w:rsidP="00A65840">
      <w:pPr>
        <w:pStyle w:val="Odstavecseseznamem"/>
        <w:numPr>
          <w:ilvl w:val="0"/>
          <w:numId w:val="4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Rozumí obsahu slyšeného příběhu a vyjadřuje, co si zapamatovalo.</w:t>
      </w:r>
    </w:p>
    <w:p w14:paraId="639AF499" w14:textId="77777777" w:rsidR="005056D3" w:rsidRPr="00AA504C" w:rsidRDefault="005056D3" w:rsidP="00A65840">
      <w:pPr>
        <w:pStyle w:val="Odstavecseseznamem"/>
        <w:numPr>
          <w:ilvl w:val="0"/>
          <w:numId w:val="4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Sdílí, co vnímá a pozoruje v přírodě prostřednictvím slov a symbolů.</w:t>
      </w:r>
    </w:p>
    <w:p w14:paraId="1D5B1A2A" w14:textId="0B30A2FA" w:rsidR="005C1CEC" w:rsidRPr="00830B50" w:rsidRDefault="005056D3" w:rsidP="00A65840">
      <w:pPr>
        <w:pStyle w:val="Odstavecseseznamem"/>
        <w:numPr>
          <w:ilvl w:val="0"/>
          <w:numId w:val="4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Přiřazuje přírodní jevy k příběhům a tvoří souvislosti.</w:t>
      </w:r>
    </w:p>
    <w:p w14:paraId="0BC9D818" w14:textId="77777777" w:rsidR="005C1CEC" w:rsidRPr="006D4B3E" w:rsidRDefault="005C1CEC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9D" w14:textId="77777777" w:rsidR="005056D3" w:rsidRPr="00A4061F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A4061F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Matematická gramotnost</w:t>
      </w:r>
    </w:p>
    <w:p w14:paraId="639AF49F" w14:textId="6ECDBE0C" w:rsidR="005056D3" w:rsidRPr="0056470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564709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4A0" w14:textId="77777777" w:rsidR="005056D3" w:rsidRPr="00AA504C" w:rsidRDefault="005056D3" w:rsidP="00A65840">
      <w:pPr>
        <w:pStyle w:val="Odstavecseseznamem"/>
        <w:numPr>
          <w:ilvl w:val="0"/>
          <w:numId w:val="4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Třídění a porovnávání přírodnin podle barvy, velikosti, tvaru</w:t>
      </w:r>
    </w:p>
    <w:p w14:paraId="639AF4A1" w14:textId="77777777" w:rsidR="005056D3" w:rsidRPr="00AA504C" w:rsidRDefault="005056D3" w:rsidP="00A65840">
      <w:pPr>
        <w:pStyle w:val="Odstavecseseznamem"/>
        <w:numPr>
          <w:ilvl w:val="0"/>
          <w:numId w:val="4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Počítání přírodnin (listy, kaštany, kroky)</w:t>
      </w:r>
    </w:p>
    <w:p w14:paraId="639AF4A2" w14:textId="77777777" w:rsidR="005056D3" w:rsidRPr="00AA504C" w:rsidRDefault="005056D3" w:rsidP="00A65840">
      <w:pPr>
        <w:pStyle w:val="Odstavecseseznamem"/>
        <w:numPr>
          <w:ilvl w:val="0"/>
          <w:numId w:val="4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Zaznamenávání počasí (kalendář počasí)</w:t>
      </w:r>
    </w:p>
    <w:p w14:paraId="639AF4A3" w14:textId="77777777" w:rsidR="005056D3" w:rsidRPr="00AA504C" w:rsidRDefault="005056D3" w:rsidP="00A65840">
      <w:pPr>
        <w:pStyle w:val="Odstavecseseznamem"/>
        <w:numPr>
          <w:ilvl w:val="0"/>
          <w:numId w:val="4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Práce s pojmy více/méně, kratší/delší, těžší/lehčí</w:t>
      </w:r>
    </w:p>
    <w:p w14:paraId="639AF4A5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</w:p>
    <w:p w14:paraId="0C938D87" w14:textId="77777777" w:rsidR="00FB1E57" w:rsidRDefault="00FB1E5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</w:p>
    <w:p w14:paraId="5D0D1797" w14:textId="77777777" w:rsidR="00FB1E57" w:rsidRPr="00564709" w:rsidRDefault="00FB1E5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</w:p>
    <w:p w14:paraId="639AF4A7" w14:textId="5FC696CE" w:rsidR="005056D3" w:rsidRPr="00564709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564709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lastRenderedPageBreak/>
        <w:t>Související OVU:</w:t>
      </w:r>
    </w:p>
    <w:p w14:paraId="639AF4A8" w14:textId="77777777" w:rsidR="005056D3" w:rsidRPr="00AA504C" w:rsidRDefault="005056D3" w:rsidP="00A65840">
      <w:pPr>
        <w:pStyle w:val="Odstavecseseznamem"/>
        <w:numPr>
          <w:ilvl w:val="0"/>
          <w:numId w:val="4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Roztřídí předměty podle vlastností, porovná množství a velikost.</w:t>
      </w:r>
    </w:p>
    <w:p w14:paraId="639AF4A9" w14:textId="77777777" w:rsidR="005056D3" w:rsidRPr="00AA504C" w:rsidRDefault="005056D3" w:rsidP="00A65840">
      <w:pPr>
        <w:pStyle w:val="Odstavecseseznamem"/>
        <w:numPr>
          <w:ilvl w:val="0"/>
          <w:numId w:val="4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Určí počet prvků do pěti a orientuje se v číselné řadě.</w:t>
      </w:r>
    </w:p>
    <w:p w14:paraId="639AF4AA" w14:textId="77777777" w:rsidR="005056D3" w:rsidRPr="00AA504C" w:rsidRDefault="005056D3" w:rsidP="00A65840">
      <w:pPr>
        <w:pStyle w:val="Odstavecseseznamem"/>
        <w:numPr>
          <w:ilvl w:val="0"/>
          <w:numId w:val="4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Sleduje a popisuje jednoduché vztahy a pravidelnosti v přírodě.</w:t>
      </w:r>
    </w:p>
    <w:p w14:paraId="639AF4AE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B0" w14:textId="6447C7A4" w:rsidR="005056D3" w:rsidRPr="001D783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Nabídka činností</w:t>
      </w:r>
    </w:p>
    <w:p w14:paraId="639AF4B1" w14:textId="77777777" w:rsidR="005056D3" w:rsidRPr="00AA504C" w:rsidRDefault="005056D3" w:rsidP="00A65840">
      <w:pPr>
        <w:pStyle w:val="Odstavecseseznamem"/>
        <w:numPr>
          <w:ilvl w:val="0"/>
          <w:numId w:val="4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Pěstitelské činnosti – záhon, semínka, zalévání</w:t>
      </w:r>
    </w:p>
    <w:p w14:paraId="639AF4B2" w14:textId="77777777" w:rsidR="005056D3" w:rsidRPr="00AA504C" w:rsidRDefault="005056D3" w:rsidP="00A65840">
      <w:pPr>
        <w:pStyle w:val="Odstavecseseznamem"/>
        <w:numPr>
          <w:ilvl w:val="0"/>
          <w:numId w:val="4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Pozorování ptáků, hmyzu, stromů</w:t>
      </w:r>
    </w:p>
    <w:p w14:paraId="639AF4B3" w14:textId="77777777" w:rsidR="005056D3" w:rsidRPr="00AA504C" w:rsidRDefault="005056D3" w:rsidP="00A65840">
      <w:pPr>
        <w:pStyle w:val="Odstavecseseznamem"/>
        <w:numPr>
          <w:ilvl w:val="0"/>
          <w:numId w:val="4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Tvoření z přírodních materiálů (</w:t>
      </w:r>
      <w:proofErr w:type="spellStart"/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land</w:t>
      </w:r>
      <w:proofErr w:type="spellEnd"/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 art, mandaly)</w:t>
      </w:r>
    </w:p>
    <w:p w14:paraId="639AF4B4" w14:textId="77777777" w:rsidR="005056D3" w:rsidRPr="00AA504C" w:rsidRDefault="005056D3" w:rsidP="00A65840">
      <w:pPr>
        <w:pStyle w:val="Odstavecseseznamem"/>
        <w:numPr>
          <w:ilvl w:val="0"/>
          <w:numId w:val="4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Senzorické hry – „Poslouchej les“, „Dotkni se přírody“</w:t>
      </w:r>
    </w:p>
    <w:p w14:paraId="639AF4B5" w14:textId="77777777" w:rsidR="005056D3" w:rsidRPr="00AA504C" w:rsidRDefault="005056D3" w:rsidP="00A65840">
      <w:pPr>
        <w:pStyle w:val="Odstavecseseznamem"/>
        <w:numPr>
          <w:ilvl w:val="0"/>
          <w:numId w:val="4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Relaxace a jóga venku – „Strom“, „Motýl“, „Kapka“</w:t>
      </w:r>
    </w:p>
    <w:p w14:paraId="639AF4B6" w14:textId="77777777" w:rsidR="005056D3" w:rsidRPr="00AA504C" w:rsidRDefault="005056D3" w:rsidP="00A65840">
      <w:pPr>
        <w:pStyle w:val="Odstavecseseznamem"/>
        <w:numPr>
          <w:ilvl w:val="0"/>
          <w:numId w:val="4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Třídění odpadu, péče o kompost</w:t>
      </w:r>
    </w:p>
    <w:p w14:paraId="639AF4B7" w14:textId="77777777" w:rsidR="005056D3" w:rsidRPr="00AA504C" w:rsidRDefault="005056D3" w:rsidP="00A65840">
      <w:pPr>
        <w:pStyle w:val="Odstavecseseznamem"/>
        <w:numPr>
          <w:ilvl w:val="0"/>
          <w:numId w:val="4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Vytváření přírodní kroniky – fotky, kresby, příběhy</w:t>
      </w:r>
    </w:p>
    <w:p w14:paraId="639AF4B9" w14:textId="77777777" w:rsidR="005056D3" w:rsidRPr="006D4B3E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4BB" w14:textId="644BB9DB" w:rsidR="005056D3" w:rsidRPr="00CC212C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6D4B3E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Možnosti propojení</w:t>
      </w:r>
    </w:p>
    <w:p w14:paraId="639AF4BC" w14:textId="77777777" w:rsidR="005056D3" w:rsidRPr="00AA504C" w:rsidRDefault="005056D3" w:rsidP="00A65840">
      <w:pPr>
        <w:pStyle w:val="Odstavecseseznamem"/>
        <w:numPr>
          <w:ilvl w:val="0"/>
          <w:numId w:val="4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Navazuje na blok „Tělo a duše v rovnováze“ – ztišení, vnímání, dech</w:t>
      </w:r>
    </w:p>
    <w:p w14:paraId="639AF4BD" w14:textId="77777777" w:rsidR="005056D3" w:rsidRPr="00AA504C" w:rsidRDefault="005056D3" w:rsidP="00A65840">
      <w:pPr>
        <w:pStyle w:val="Odstavecseseznamem"/>
        <w:numPr>
          <w:ilvl w:val="0"/>
          <w:numId w:val="4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Posiluje sociální a občanské dovednosti z bloku „Hra, která nás spojuje“</w:t>
      </w:r>
    </w:p>
    <w:p w14:paraId="639AF4BE" w14:textId="77777777" w:rsidR="005056D3" w:rsidRPr="00AA504C" w:rsidRDefault="005056D3" w:rsidP="00A65840">
      <w:pPr>
        <w:pStyle w:val="Odstavecseseznamem"/>
        <w:numPr>
          <w:ilvl w:val="0"/>
          <w:numId w:val="4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A504C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Poskytuje východisko pro globální pohled v bloku „Cestuji, poznávám, objevuji“</w:t>
      </w:r>
    </w:p>
    <w:p w14:paraId="639AF4C0" w14:textId="77777777" w:rsidR="005056D3" w:rsidRDefault="005056D3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30CE9ED9" w14:textId="77777777" w:rsidR="00564709" w:rsidRPr="006D4B3E" w:rsidRDefault="00564709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639AF4C1" w14:textId="77777777" w:rsidR="005056D3" w:rsidRDefault="005056D3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574C6B19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34B1C8C8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2D6E67EE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34B13E2A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43C63783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60E64EEC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730908C3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2E9625E3" w14:textId="77777777" w:rsidR="00FB1E57" w:rsidRDefault="00FB1E57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3C544E13" w14:textId="77777777" w:rsidR="001D7833" w:rsidRDefault="001D7833" w:rsidP="00A65840">
      <w:pPr>
        <w:shd w:val="clear" w:color="auto" w:fill="FFFFFF"/>
        <w:spacing w:after="120"/>
        <w:rPr>
          <w:rFonts w:ascii="Arial" w:eastAsia="Times New Roman" w:hAnsi="Arial" w:cs="Arial"/>
          <w:color w:val="000000"/>
          <w:szCs w:val="24"/>
          <w:lang w:val="cs-CZ" w:eastAsia="cs-CZ"/>
        </w:rPr>
      </w:pPr>
    </w:p>
    <w:p w14:paraId="639AF4C2" w14:textId="77777777" w:rsidR="005056D3" w:rsidRDefault="005056D3" w:rsidP="00A65840">
      <w:pPr>
        <w:pStyle w:val="Nadpis1"/>
        <w:spacing w:before="0" w:after="120"/>
        <w:rPr>
          <w:lang w:val="cs-CZ" w:eastAsia="cs-CZ"/>
        </w:rPr>
      </w:pPr>
      <w:r>
        <w:rPr>
          <w:rFonts w:ascii="Calibri" w:hAnsi="Calibri"/>
          <w:sz w:val="24"/>
          <w:lang w:val="cs-CZ" w:eastAsia="cs-CZ"/>
        </w:rPr>
        <w:lastRenderedPageBreak/>
        <w:t>3. Hra, která nás spojuje</w:t>
      </w:r>
    </w:p>
    <w:p w14:paraId="639AF4C3" w14:textId="77777777" w:rsidR="005056D3" w:rsidRDefault="005056D3" w:rsidP="00A65840">
      <w:pPr>
        <w:spacing w:after="120"/>
        <w:rPr>
          <w:lang w:val="cs-CZ" w:eastAsia="cs-CZ"/>
        </w:rPr>
      </w:pPr>
    </w:p>
    <w:p w14:paraId="639AF4C4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813D4A">
        <w:rPr>
          <w:rFonts w:asciiTheme="majorHAnsi" w:hAnsiTheme="majorHAnsi" w:cstheme="majorHAnsi"/>
          <w:b/>
          <w:color w:val="000000"/>
        </w:rPr>
        <w:t>Charakteristika</w:t>
      </w:r>
      <w:r w:rsidRPr="000F3F0D">
        <w:rPr>
          <w:rFonts w:asciiTheme="majorHAnsi" w:hAnsiTheme="majorHAnsi" w:cstheme="majorHAnsi"/>
          <w:color w:val="000000"/>
        </w:rPr>
        <w:br/>
        <w:t>Tento blok zdůrazňuje důležitost hry jako přirozeného způsobu učení, komunikace a spolupráce. Hra propojuje děti různého věku, temperamentu i schopností, učí je naslouchat, domlouvat se, tvořit pravidla a řešit konflikty. Umožňuje dětem zažít pocit sounáležitosti, respektu a radosti ze společného času. V prostředí přátelství a důvěry se učí spolupracovat, rozvíjet vztahy a budovat zdravé sociální klima.</w:t>
      </w:r>
    </w:p>
    <w:p w14:paraId="5277624C" w14:textId="77777777" w:rsidR="00D75EAD" w:rsidRPr="000F3F0D" w:rsidRDefault="00D75EAD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</w:p>
    <w:p w14:paraId="639AF4C5" w14:textId="77777777" w:rsidR="005056D3" w:rsidRPr="00813D4A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  <w:r w:rsidRPr="00813D4A">
        <w:rPr>
          <w:rFonts w:asciiTheme="majorHAnsi" w:hAnsiTheme="majorHAnsi" w:cstheme="majorHAnsi"/>
          <w:b/>
          <w:color w:val="000000"/>
        </w:rPr>
        <w:t xml:space="preserve"> Cíle / záměry integrovaného bloku</w:t>
      </w:r>
    </w:p>
    <w:p w14:paraId="639AF4C6" w14:textId="77777777" w:rsidR="005056D3" w:rsidRPr="000F3F0D" w:rsidRDefault="005056D3" w:rsidP="00A65840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Podporovat spontánní hru a radost z ní.</w:t>
      </w:r>
    </w:p>
    <w:p w14:paraId="639AF4C7" w14:textId="77777777" w:rsidR="005056D3" w:rsidRPr="000F3F0D" w:rsidRDefault="005056D3" w:rsidP="00A65840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Vést děti ke spolupráci, sdílení a respektu.</w:t>
      </w:r>
    </w:p>
    <w:p w14:paraId="639AF4C8" w14:textId="77777777" w:rsidR="005056D3" w:rsidRPr="000F3F0D" w:rsidRDefault="005056D3" w:rsidP="00A65840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Rozvíjet schopnost domlouvat se, navrhovat pravidla a řešit neshody.</w:t>
      </w:r>
    </w:p>
    <w:p w14:paraId="639AF4C9" w14:textId="77777777" w:rsidR="005056D3" w:rsidRPr="000F3F0D" w:rsidRDefault="005056D3" w:rsidP="00A65840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Učit děti vnímat emoce své i druhých a přiměřeně na ně reagovat.</w:t>
      </w:r>
    </w:p>
    <w:p w14:paraId="639AF4CA" w14:textId="77777777" w:rsidR="005056D3" w:rsidRPr="000F3F0D" w:rsidRDefault="005056D3" w:rsidP="00A65840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Podporovat zdravé vztahy mezi dětmi – přátelství, pomoc, ohleduplnost.</w:t>
      </w:r>
    </w:p>
    <w:p w14:paraId="639AF4CB" w14:textId="77777777" w:rsidR="005056D3" w:rsidRPr="000F3F0D" w:rsidRDefault="005056D3" w:rsidP="00A65840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Vytvářet bezpečné a příznivé sociální prostředí.</w:t>
      </w:r>
    </w:p>
    <w:p w14:paraId="639AF4CC" w14:textId="77777777" w:rsidR="005056D3" w:rsidRPr="000F3F0D" w:rsidRDefault="005056D3" w:rsidP="00A65840">
      <w:pPr>
        <w:pStyle w:val="Normlnweb"/>
        <w:numPr>
          <w:ilvl w:val="0"/>
          <w:numId w:val="4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Rozvíjet komunikaci verbální i neverbální formou.</w:t>
      </w:r>
    </w:p>
    <w:p w14:paraId="639AF4CD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="Segoe UI Symbol" w:hAnsi="Segoe UI Symbol" w:cs="Segoe UI Symbol"/>
          <w:color w:val="000000"/>
        </w:rPr>
      </w:pPr>
    </w:p>
    <w:p w14:paraId="1D627F9D" w14:textId="77777777" w:rsidR="005D50C8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 xml:space="preserve"> </w:t>
      </w:r>
      <w:r w:rsidRPr="00813D4A">
        <w:rPr>
          <w:rFonts w:asciiTheme="majorHAnsi" w:hAnsiTheme="majorHAnsi" w:cstheme="majorHAnsi"/>
          <w:b/>
          <w:color w:val="000000"/>
        </w:rPr>
        <w:t>Vzdělávací oblasti dle RVP PV (2025)</w:t>
      </w:r>
    </w:p>
    <w:p w14:paraId="639AF4CE" w14:textId="50BDD35D" w:rsidR="005056D3" w:rsidRPr="000F3F0D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br/>
      </w: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Dítě a jeho tělo</w:t>
      </w:r>
    </w:p>
    <w:p w14:paraId="639AF4CF" w14:textId="77777777" w:rsidR="005056D3" w:rsidRPr="000F3F0D" w:rsidRDefault="005056D3" w:rsidP="00A65840">
      <w:pPr>
        <w:pStyle w:val="Normlnweb"/>
        <w:numPr>
          <w:ilvl w:val="0"/>
          <w:numId w:val="49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Pohybové a kooperativní hry</w:t>
      </w:r>
    </w:p>
    <w:p w14:paraId="639AF4D0" w14:textId="77777777" w:rsidR="005056D3" w:rsidRPr="000F3F0D" w:rsidRDefault="005056D3" w:rsidP="00A65840">
      <w:pPr>
        <w:pStyle w:val="Normlnweb"/>
        <w:numPr>
          <w:ilvl w:val="0"/>
          <w:numId w:val="49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Rozvoj koordinace pohybu a hrubé motoriky</w:t>
      </w:r>
    </w:p>
    <w:p w14:paraId="639AF4D1" w14:textId="52C24D17" w:rsidR="005056D3" w:rsidRDefault="005056D3" w:rsidP="00A65840">
      <w:pPr>
        <w:pStyle w:val="Normlnweb"/>
        <w:numPr>
          <w:ilvl w:val="0"/>
          <w:numId w:val="49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Hry s pravidly v přírodě i v</w:t>
      </w:r>
      <w:r w:rsidR="005C1CEC">
        <w:rPr>
          <w:rFonts w:asciiTheme="majorHAnsi" w:hAnsiTheme="majorHAnsi" w:cstheme="majorHAnsi"/>
          <w:color w:val="000000"/>
        </w:rPr>
        <w:t> </w:t>
      </w:r>
      <w:r w:rsidRPr="000F3F0D">
        <w:rPr>
          <w:rFonts w:asciiTheme="majorHAnsi" w:hAnsiTheme="majorHAnsi" w:cstheme="majorHAnsi"/>
          <w:color w:val="000000"/>
        </w:rPr>
        <w:t>interiéru</w:t>
      </w:r>
    </w:p>
    <w:p w14:paraId="47437A78" w14:textId="77777777" w:rsidR="005C1CEC" w:rsidRPr="000F3F0D" w:rsidRDefault="005C1CEC" w:rsidP="005C1CEC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639AF4D2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bCs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Dítě a jeho psychika</w:t>
      </w:r>
    </w:p>
    <w:p w14:paraId="639AF4D3" w14:textId="77777777" w:rsidR="005056D3" w:rsidRPr="000F3F0D" w:rsidRDefault="005056D3" w:rsidP="00A65840">
      <w:pPr>
        <w:pStyle w:val="Normlnweb"/>
        <w:numPr>
          <w:ilvl w:val="0"/>
          <w:numId w:val="50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Vyjádření emocí při hře</w:t>
      </w:r>
    </w:p>
    <w:p w14:paraId="639AF4D4" w14:textId="77777777" w:rsidR="005056D3" w:rsidRPr="000F3F0D" w:rsidRDefault="005056D3" w:rsidP="00A65840">
      <w:pPr>
        <w:pStyle w:val="Normlnweb"/>
        <w:numPr>
          <w:ilvl w:val="0"/>
          <w:numId w:val="50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Podpora tvořivosti, fantazie a představivosti</w:t>
      </w:r>
    </w:p>
    <w:p w14:paraId="77BDC6B3" w14:textId="51C340A4" w:rsidR="00250DFA" w:rsidRDefault="005056D3" w:rsidP="00D75EAD">
      <w:pPr>
        <w:pStyle w:val="Normlnweb"/>
        <w:numPr>
          <w:ilvl w:val="0"/>
          <w:numId w:val="50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Schopnost sebekontroly a seberegulace v rámci herních pravidel</w:t>
      </w:r>
    </w:p>
    <w:p w14:paraId="7889DACF" w14:textId="77777777" w:rsidR="00B12CC3" w:rsidRPr="00D75EAD" w:rsidRDefault="00B12CC3" w:rsidP="00B12CC3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639AF4D6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lastRenderedPageBreak/>
        <w:t>Dítě a ten druhý</w:t>
      </w:r>
    </w:p>
    <w:p w14:paraId="639AF4D7" w14:textId="77777777" w:rsidR="005056D3" w:rsidRPr="000F3F0D" w:rsidRDefault="005056D3" w:rsidP="00A65840">
      <w:pPr>
        <w:pStyle w:val="Normlnweb"/>
        <w:numPr>
          <w:ilvl w:val="0"/>
          <w:numId w:val="51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Sdílení hraček, společných rolí</w:t>
      </w:r>
    </w:p>
    <w:p w14:paraId="639AF4D8" w14:textId="77777777" w:rsidR="005056D3" w:rsidRPr="000F3F0D" w:rsidRDefault="005056D3" w:rsidP="00A65840">
      <w:pPr>
        <w:pStyle w:val="Normlnweb"/>
        <w:numPr>
          <w:ilvl w:val="0"/>
          <w:numId w:val="51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Řešení konfliktů, domluva, přijetí kompromisu</w:t>
      </w:r>
    </w:p>
    <w:p w14:paraId="639AF4D9" w14:textId="77777777" w:rsidR="005056D3" w:rsidRDefault="005056D3" w:rsidP="00A65840">
      <w:pPr>
        <w:pStyle w:val="Normlnweb"/>
        <w:numPr>
          <w:ilvl w:val="0"/>
          <w:numId w:val="51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Uznání a respekt k druhým, pomoc mladším</w:t>
      </w:r>
    </w:p>
    <w:p w14:paraId="3FB1A9AB" w14:textId="77777777" w:rsidR="005C1CEC" w:rsidRPr="000F3F0D" w:rsidRDefault="005C1CEC" w:rsidP="005C1CEC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639AF4DA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bCs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Dítě a svět</w:t>
      </w:r>
    </w:p>
    <w:p w14:paraId="639AF4DB" w14:textId="77777777" w:rsidR="005056D3" w:rsidRPr="000F3F0D" w:rsidRDefault="005056D3" w:rsidP="00A65840">
      <w:pPr>
        <w:pStyle w:val="Normlnweb"/>
        <w:numPr>
          <w:ilvl w:val="0"/>
          <w:numId w:val="52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Vnímání pravidel jako součásti fungující skupiny</w:t>
      </w:r>
    </w:p>
    <w:p w14:paraId="639AF4DC" w14:textId="77777777" w:rsidR="005056D3" w:rsidRPr="000F3F0D" w:rsidRDefault="005056D3" w:rsidP="00A65840">
      <w:pPr>
        <w:pStyle w:val="Normlnweb"/>
        <w:numPr>
          <w:ilvl w:val="0"/>
          <w:numId w:val="52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Seznamování se s pravidly společenského chování</w:t>
      </w:r>
    </w:p>
    <w:p w14:paraId="639AF4DF" w14:textId="7A273924" w:rsidR="005056D3" w:rsidRPr="00564709" w:rsidRDefault="005056D3" w:rsidP="00A65840">
      <w:pPr>
        <w:pStyle w:val="Normlnweb"/>
        <w:numPr>
          <w:ilvl w:val="0"/>
          <w:numId w:val="52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Chápání významu spolupráce a solidarity</w:t>
      </w:r>
    </w:p>
    <w:p w14:paraId="529A1292" w14:textId="77777777" w:rsidR="00AC17DD" w:rsidRDefault="00AC17DD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</w:p>
    <w:p w14:paraId="5CA96B53" w14:textId="77777777" w:rsidR="001D7833" w:rsidRDefault="001D783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</w:p>
    <w:p w14:paraId="7BDB4CC1" w14:textId="77777777" w:rsidR="005C1CEC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  <w:r w:rsidRPr="00813D4A">
        <w:rPr>
          <w:rFonts w:asciiTheme="majorHAnsi" w:hAnsiTheme="majorHAnsi" w:cstheme="majorHAnsi"/>
          <w:b/>
          <w:color w:val="000000"/>
        </w:rPr>
        <w:t>Klíčové kompetence dle RVP PV 2025</w:t>
      </w:r>
    </w:p>
    <w:p w14:paraId="639AF4E0" w14:textId="37349FC0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br/>
      </w: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Kompetence k učení</w:t>
      </w:r>
    </w:p>
    <w:p w14:paraId="639AF4E1" w14:textId="77777777" w:rsidR="005056D3" w:rsidRDefault="005056D3" w:rsidP="00A65840">
      <w:pPr>
        <w:pStyle w:val="Normlnweb"/>
        <w:numPr>
          <w:ilvl w:val="0"/>
          <w:numId w:val="61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Dítě se u</w:t>
      </w:r>
      <w:r>
        <w:rPr>
          <w:rFonts w:asciiTheme="majorHAnsi" w:hAnsiTheme="majorHAnsi" w:cstheme="majorHAnsi"/>
          <w:color w:val="000000"/>
        </w:rPr>
        <w:t>čí pozorováním a napodobováním.</w:t>
      </w:r>
    </w:p>
    <w:p w14:paraId="639AF4E2" w14:textId="77777777" w:rsidR="005056D3" w:rsidRDefault="005056D3" w:rsidP="00A65840">
      <w:pPr>
        <w:pStyle w:val="Normlnweb"/>
        <w:numPr>
          <w:ilvl w:val="0"/>
          <w:numId w:val="52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Přijímá nové informace prostřednictvím hry a zkušenosti.</w:t>
      </w:r>
    </w:p>
    <w:p w14:paraId="639AF4E3" w14:textId="77777777" w:rsidR="005056D3" w:rsidRPr="000F3F0D" w:rsidRDefault="005056D3" w:rsidP="00A65840">
      <w:pPr>
        <w:pStyle w:val="Normlnweb"/>
        <w:numPr>
          <w:ilvl w:val="0"/>
          <w:numId w:val="52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Dokáže využívat, co se naučilo, v dalších situacích.</w:t>
      </w:r>
    </w:p>
    <w:p w14:paraId="639AF4E4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</w:p>
    <w:p w14:paraId="639AF4E5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Kompetence k řešení problémů</w:t>
      </w:r>
    </w:p>
    <w:p w14:paraId="639AF4E6" w14:textId="77777777" w:rsidR="005056D3" w:rsidRDefault="005056D3" w:rsidP="00A65840">
      <w:pPr>
        <w:pStyle w:val="Normlnweb"/>
        <w:numPr>
          <w:ilvl w:val="0"/>
          <w:numId w:val="60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 xml:space="preserve">V průběhu hry hledá řešení sporů a překážek. </w:t>
      </w:r>
    </w:p>
    <w:p w14:paraId="639AF4E7" w14:textId="77777777" w:rsidR="005056D3" w:rsidRPr="000F3F0D" w:rsidRDefault="005056D3" w:rsidP="00A65840">
      <w:pPr>
        <w:pStyle w:val="Normlnweb"/>
        <w:numPr>
          <w:ilvl w:val="0"/>
          <w:numId w:val="60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Vymýšlí, jak se domluvit, jak spravedlivě rozdělit role nebo pravidla.</w:t>
      </w:r>
    </w:p>
    <w:p w14:paraId="639AF4E8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</w:p>
    <w:p w14:paraId="639AF4E9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Kompetence komunikační</w:t>
      </w:r>
    </w:p>
    <w:p w14:paraId="639AF4EA" w14:textId="77777777" w:rsidR="005056D3" w:rsidRDefault="005056D3" w:rsidP="00A65840">
      <w:pPr>
        <w:pStyle w:val="Normlnweb"/>
        <w:numPr>
          <w:ilvl w:val="0"/>
          <w:numId w:val="62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Domlouvá se s ostatními, vyjadřuje svoje přání, naslouchá druhým.</w:t>
      </w:r>
    </w:p>
    <w:p w14:paraId="639AF4EB" w14:textId="77777777" w:rsidR="005056D3" w:rsidRDefault="005056D3" w:rsidP="00A65840">
      <w:pPr>
        <w:pStyle w:val="Normlnweb"/>
        <w:numPr>
          <w:ilvl w:val="0"/>
          <w:numId w:val="60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Používá verbální i neverbální prostředky.</w:t>
      </w:r>
    </w:p>
    <w:p w14:paraId="639AF4ED" w14:textId="7CD3D64A" w:rsidR="005056D3" w:rsidRDefault="005056D3" w:rsidP="00A65840">
      <w:pPr>
        <w:pStyle w:val="Normlnweb"/>
        <w:numPr>
          <w:ilvl w:val="0"/>
          <w:numId w:val="60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Reaguje přiměřeně situaci.</w:t>
      </w:r>
    </w:p>
    <w:p w14:paraId="73B49166" w14:textId="77777777" w:rsidR="005C1CEC" w:rsidRDefault="005C1CEC" w:rsidP="005C1CEC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Style w:val="Siln"/>
          <w:rFonts w:asciiTheme="majorHAnsi" w:hAnsiTheme="majorHAnsi" w:cstheme="majorHAnsi"/>
          <w:b w:val="0"/>
          <w:bCs w:val="0"/>
          <w:color w:val="000000"/>
        </w:rPr>
      </w:pPr>
    </w:p>
    <w:p w14:paraId="10B64D21" w14:textId="77777777" w:rsidR="00564709" w:rsidRPr="00CC212C" w:rsidRDefault="00564709" w:rsidP="00B12CC3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color w:val="000000"/>
        </w:rPr>
      </w:pPr>
    </w:p>
    <w:p w14:paraId="639AF4EE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lastRenderedPageBreak/>
        <w:t>Kompetence k občanství a udržitelnosti</w:t>
      </w:r>
    </w:p>
    <w:p w14:paraId="639AF4EF" w14:textId="77777777" w:rsidR="005056D3" w:rsidRDefault="005056D3" w:rsidP="00A65840">
      <w:pPr>
        <w:pStyle w:val="Normlnweb"/>
        <w:numPr>
          <w:ilvl w:val="0"/>
          <w:numId w:val="6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Respektuje dohodnutá pravidla.</w:t>
      </w:r>
    </w:p>
    <w:p w14:paraId="639AF4F0" w14:textId="77777777" w:rsidR="005056D3" w:rsidRDefault="005056D3" w:rsidP="00A65840">
      <w:pPr>
        <w:pStyle w:val="Normlnweb"/>
        <w:numPr>
          <w:ilvl w:val="0"/>
          <w:numId w:val="6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Uvědomuje si důsledky nespravedlivého chování.</w:t>
      </w:r>
    </w:p>
    <w:p w14:paraId="639AF4F1" w14:textId="77777777" w:rsidR="005056D3" w:rsidRPr="000F3F0D" w:rsidRDefault="005056D3" w:rsidP="00A65840">
      <w:pPr>
        <w:pStyle w:val="Normlnweb"/>
        <w:numPr>
          <w:ilvl w:val="0"/>
          <w:numId w:val="6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Pomáhá vytvářet příjemnou atmosféru ve třídě i venku.</w:t>
      </w:r>
    </w:p>
    <w:p w14:paraId="639AF4F2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</w:p>
    <w:p w14:paraId="639AF4F3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Kompetence osobnostní a sociální</w:t>
      </w:r>
    </w:p>
    <w:p w14:paraId="639AF4F4" w14:textId="77777777" w:rsidR="005056D3" w:rsidRDefault="005056D3" w:rsidP="00A65840">
      <w:pPr>
        <w:pStyle w:val="Normlnweb"/>
        <w:numPr>
          <w:ilvl w:val="0"/>
          <w:numId w:val="64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Spolupracuje, sdílí, respektuje druhé.</w:t>
      </w:r>
    </w:p>
    <w:p w14:paraId="639AF4F5" w14:textId="77777777" w:rsidR="005056D3" w:rsidRDefault="005056D3" w:rsidP="00A65840">
      <w:pPr>
        <w:pStyle w:val="Normlnweb"/>
        <w:numPr>
          <w:ilvl w:val="0"/>
          <w:numId w:val="64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 xml:space="preserve">Učí se zvládat neshody a hledat řešení. </w:t>
      </w:r>
    </w:p>
    <w:p w14:paraId="639AF4FA" w14:textId="5871D642" w:rsidR="005056D3" w:rsidRPr="00B848E7" w:rsidRDefault="005056D3" w:rsidP="00A65840">
      <w:pPr>
        <w:pStyle w:val="Normlnweb"/>
        <w:numPr>
          <w:ilvl w:val="0"/>
          <w:numId w:val="64"/>
        </w:numPr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Dokáže přijímat různost mezi lidmi.</w:t>
      </w:r>
    </w:p>
    <w:p w14:paraId="639AF4FB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</w:p>
    <w:p w14:paraId="639AF4FC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Kompetence pracovní a k podnikavosti</w:t>
      </w:r>
    </w:p>
    <w:p w14:paraId="639AF4FD" w14:textId="77777777" w:rsidR="005056D3" w:rsidRDefault="005056D3" w:rsidP="00A65840">
      <w:pPr>
        <w:pStyle w:val="Normlnweb"/>
        <w:numPr>
          <w:ilvl w:val="0"/>
          <w:numId w:val="65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Dokončuje započaté činnosti.</w:t>
      </w:r>
    </w:p>
    <w:p w14:paraId="639AF4FE" w14:textId="77777777" w:rsidR="005056D3" w:rsidRDefault="005056D3" w:rsidP="00A65840">
      <w:pPr>
        <w:pStyle w:val="Normlnweb"/>
        <w:numPr>
          <w:ilvl w:val="0"/>
          <w:numId w:val="65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 xml:space="preserve">Udržuje pořádek ve hrách a pomůckách. </w:t>
      </w:r>
    </w:p>
    <w:p w14:paraId="639AF4FF" w14:textId="77777777" w:rsidR="005056D3" w:rsidRPr="000F3F0D" w:rsidRDefault="005056D3" w:rsidP="00A65840">
      <w:pPr>
        <w:pStyle w:val="Normlnweb"/>
        <w:numPr>
          <w:ilvl w:val="0"/>
          <w:numId w:val="65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Dodržuje pravidla a podílí se na dohodnutém uspořádání prostoru.</w:t>
      </w:r>
    </w:p>
    <w:p w14:paraId="639AF500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</w:p>
    <w:p w14:paraId="639AF501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Kompetence digitální</w:t>
      </w:r>
    </w:p>
    <w:p w14:paraId="639AF502" w14:textId="77777777" w:rsidR="005056D3" w:rsidRDefault="005056D3" w:rsidP="00A65840">
      <w:pPr>
        <w:pStyle w:val="Normlnweb"/>
        <w:numPr>
          <w:ilvl w:val="0"/>
          <w:numId w:val="66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 xml:space="preserve">Používá digitální technologie při dokumentování společných her (s dopomocí). </w:t>
      </w:r>
    </w:p>
    <w:p w14:paraId="639AF503" w14:textId="77777777" w:rsidR="005056D3" w:rsidRPr="000F3F0D" w:rsidRDefault="005056D3" w:rsidP="00A65840">
      <w:pPr>
        <w:pStyle w:val="Normlnweb"/>
        <w:numPr>
          <w:ilvl w:val="0"/>
          <w:numId w:val="66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Sleduje záznamy ze společných projektů nebo herních situací.</w:t>
      </w:r>
    </w:p>
    <w:p w14:paraId="639AF504" w14:textId="77777777" w:rsidR="005056D3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</w:p>
    <w:p w14:paraId="639AF505" w14:textId="77777777" w:rsidR="005056D3" w:rsidRPr="00D06390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</w:pPr>
      <w:r w:rsidRPr="00D06390">
        <w:rPr>
          <w:rStyle w:val="Siln"/>
          <w:rFonts w:asciiTheme="majorHAnsi" w:hAnsiTheme="majorHAnsi" w:cstheme="majorHAnsi"/>
          <w:b w:val="0"/>
          <w:bCs w:val="0"/>
          <w:i/>
          <w:iCs/>
          <w:color w:val="000000"/>
        </w:rPr>
        <w:t>Kompetence kulturní</w:t>
      </w:r>
    </w:p>
    <w:p w14:paraId="639AF506" w14:textId="77777777" w:rsidR="005056D3" w:rsidRDefault="005056D3" w:rsidP="00A65840">
      <w:pPr>
        <w:pStyle w:val="Normlnweb"/>
        <w:numPr>
          <w:ilvl w:val="0"/>
          <w:numId w:val="67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Respektuje kulturní zvyklosti (např. svátky, oslavy).</w:t>
      </w:r>
    </w:p>
    <w:p w14:paraId="639AF507" w14:textId="77777777" w:rsidR="005056D3" w:rsidRDefault="005056D3" w:rsidP="00A65840">
      <w:pPr>
        <w:pStyle w:val="Normlnweb"/>
        <w:numPr>
          <w:ilvl w:val="0"/>
          <w:numId w:val="67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Zapojí se do tradičních her a slavností.</w:t>
      </w:r>
    </w:p>
    <w:p w14:paraId="639AF508" w14:textId="77777777" w:rsidR="005056D3" w:rsidRDefault="005056D3" w:rsidP="00A65840">
      <w:pPr>
        <w:pStyle w:val="Normlnweb"/>
        <w:numPr>
          <w:ilvl w:val="0"/>
          <w:numId w:val="67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Učí se vnímat různost herních projevů různých dětí.</w:t>
      </w:r>
    </w:p>
    <w:p w14:paraId="639AF509" w14:textId="77777777" w:rsidR="005056D3" w:rsidRPr="000F3F0D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</w:p>
    <w:p w14:paraId="639AF50A" w14:textId="77777777" w:rsidR="005056D3" w:rsidRPr="00813D4A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 xml:space="preserve"> </w:t>
      </w:r>
      <w:r w:rsidRPr="00813D4A">
        <w:rPr>
          <w:rFonts w:asciiTheme="majorHAnsi" w:hAnsiTheme="majorHAnsi" w:cstheme="majorHAnsi"/>
          <w:b/>
          <w:color w:val="000000"/>
        </w:rPr>
        <w:t>Očekávané výsledky učení (vybrané)</w:t>
      </w:r>
    </w:p>
    <w:p w14:paraId="639AF50B" w14:textId="77777777" w:rsidR="005056D3" w:rsidRPr="000F3F0D" w:rsidRDefault="005056D3" w:rsidP="00A65840">
      <w:pPr>
        <w:pStyle w:val="Normlnweb"/>
        <w:numPr>
          <w:ilvl w:val="0"/>
          <w:numId w:val="5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Hraje si s ostatními dětmi, domlouvá se na průběhu hry.</w:t>
      </w:r>
    </w:p>
    <w:p w14:paraId="2A3CE44E" w14:textId="77777777" w:rsidR="00B12CC3" w:rsidRDefault="005056D3" w:rsidP="00B12CC3">
      <w:pPr>
        <w:pStyle w:val="Normlnweb"/>
        <w:numPr>
          <w:ilvl w:val="0"/>
          <w:numId w:val="5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Sdílí hračky a respektuje pravidla.</w:t>
      </w:r>
    </w:p>
    <w:p w14:paraId="639AF50D" w14:textId="7DD9DE95" w:rsidR="005056D3" w:rsidRPr="00B12CC3" w:rsidRDefault="005056D3" w:rsidP="00B12CC3">
      <w:pPr>
        <w:pStyle w:val="Normlnweb"/>
        <w:numPr>
          <w:ilvl w:val="0"/>
          <w:numId w:val="5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B12CC3">
        <w:rPr>
          <w:rFonts w:asciiTheme="majorHAnsi" w:hAnsiTheme="majorHAnsi" w:cstheme="majorHAnsi"/>
          <w:color w:val="000000"/>
        </w:rPr>
        <w:t>Vnímá potřeby ostatních, reaguje přiměřeně.</w:t>
      </w:r>
    </w:p>
    <w:p w14:paraId="639AF50E" w14:textId="77777777" w:rsidR="005056D3" w:rsidRPr="000F3F0D" w:rsidRDefault="005056D3" w:rsidP="00A65840">
      <w:pPr>
        <w:pStyle w:val="Normlnweb"/>
        <w:numPr>
          <w:ilvl w:val="0"/>
          <w:numId w:val="5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lastRenderedPageBreak/>
        <w:t>Spolupracuje ve dvojici i ve skupině.</w:t>
      </w:r>
    </w:p>
    <w:p w14:paraId="639AF50F" w14:textId="77777777" w:rsidR="005056D3" w:rsidRPr="000F3F0D" w:rsidRDefault="005056D3" w:rsidP="00A65840">
      <w:pPr>
        <w:pStyle w:val="Normlnweb"/>
        <w:numPr>
          <w:ilvl w:val="0"/>
          <w:numId w:val="5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Řeší konflikty dohodou, vyjadřuje emoce.</w:t>
      </w:r>
    </w:p>
    <w:p w14:paraId="314826C3" w14:textId="1F958861" w:rsidR="005D50C8" w:rsidRDefault="005056D3" w:rsidP="0014284A">
      <w:pPr>
        <w:pStyle w:val="Normlnweb"/>
        <w:numPr>
          <w:ilvl w:val="0"/>
          <w:numId w:val="53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Pomáhá s organizací prostoru, tříděním materiálu.</w:t>
      </w:r>
    </w:p>
    <w:p w14:paraId="2BB8D024" w14:textId="77777777" w:rsidR="0014284A" w:rsidRPr="0014284A" w:rsidRDefault="0014284A" w:rsidP="0014284A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4AAAE31F" w14:textId="77777777" w:rsidR="005D50C8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bCs/>
          <w:color w:val="000000"/>
        </w:rPr>
      </w:pPr>
      <w:r w:rsidRPr="005D50C8">
        <w:rPr>
          <w:rFonts w:asciiTheme="majorHAnsi" w:hAnsiTheme="majorHAnsi" w:cstheme="majorHAnsi"/>
          <w:b/>
          <w:bCs/>
          <w:color w:val="000000"/>
        </w:rPr>
        <w:t>Rozvoj gramotností</w:t>
      </w:r>
    </w:p>
    <w:p w14:paraId="639AF511" w14:textId="38951747" w:rsidR="005056D3" w:rsidRPr="000F3F0D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br/>
      </w:r>
      <w:r w:rsidRPr="000F3F0D">
        <w:rPr>
          <w:rStyle w:val="Siln"/>
          <w:rFonts w:asciiTheme="majorHAnsi" w:hAnsiTheme="majorHAnsi" w:cstheme="majorHAnsi"/>
          <w:color w:val="000000"/>
        </w:rPr>
        <w:t>Čtenářská gramotnost</w:t>
      </w:r>
      <w:r w:rsidRPr="000F3F0D">
        <w:rPr>
          <w:rFonts w:asciiTheme="majorHAnsi" w:hAnsiTheme="majorHAnsi" w:cstheme="majorHAnsi"/>
          <w:color w:val="000000"/>
        </w:rPr>
        <w:br/>
      </w:r>
      <w:r w:rsidRPr="000F3F0D">
        <w:rPr>
          <w:rStyle w:val="Siln"/>
          <w:rFonts w:asciiTheme="majorHAnsi" w:hAnsiTheme="majorHAnsi" w:cstheme="majorHAnsi"/>
          <w:color w:val="000000"/>
        </w:rPr>
        <w:t>Činnosti:</w:t>
      </w:r>
    </w:p>
    <w:p w14:paraId="639AF512" w14:textId="77777777" w:rsidR="005056D3" w:rsidRPr="000F3F0D" w:rsidRDefault="005056D3" w:rsidP="00A65840">
      <w:pPr>
        <w:pStyle w:val="Normlnweb"/>
        <w:numPr>
          <w:ilvl w:val="0"/>
          <w:numId w:val="54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Tvorba pravidel her (ústně nebo obrázkově)</w:t>
      </w:r>
    </w:p>
    <w:p w14:paraId="639AF513" w14:textId="77777777" w:rsidR="005056D3" w:rsidRPr="000F3F0D" w:rsidRDefault="005056D3" w:rsidP="00A65840">
      <w:pPr>
        <w:pStyle w:val="Normlnweb"/>
        <w:numPr>
          <w:ilvl w:val="0"/>
          <w:numId w:val="54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Poslech a dramatizace pohádek a příběhů o přátelství</w:t>
      </w:r>
    </w:p>
    <w:p w14:paraId="639AF514" w14:textId="77777777" w:rsidR="005056D3" w:rsidRPr="000F3F0D" w:rsidRDefault="005056D3" w:rsidP="00A65840">
      <w:pPr>
        <w:pStyle w:val="Normlnweb"/>
        <w:numPr>
          <w:ilvl w:val="0"/>
          <w:numId w:val="54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Popis společné hry (kdo, co, jak dělal)</w:t>
      </w:r>
    </w:p>
    <w:p w14:paraId="639AF515" w14:textId="77777777" w:rsidR="005056D3" w:rsidRDefault="005056D3" w:rsidP="00A65840">
      <w:pPr>
        <w:pStyle w:val="Normlnweb"/>
        <w:numPr>
          <w:ilvl w:val="0"/>
          <w:numId w:val="54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Práce s herními piktogramy a jednoduchými instrukcemi</w:t>
      </w:r>
    </w:p>
    <w:p w14:paraId="6B0791C9" w14:textId="77777777" w:rsidR="00ED5997" w:rsidRPr="000F3F0D" w:rsidRDefault="00ED5997" w:rsidP="00ED5997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639AF516" w14:textId="77777777" w:rsidR="005056D3" w:rsidRPr="000F3F0D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Style w:val="Siln"/>
          <w:rFonts w:asciiTheme="majorHAnsi" w:hAnsiTheme="majorHAnsi" w:cstheme="majorHAnsi"/>
          <w:color w:val="000000"/>
        </w:rPr>
        <w:t>Související OVU:</w:t>
      </w:r>
    </w:p>
    <w:p w14:paraId="639AF517" w14:textId="77777777" w:rsidR="005056D3" w:rsidRPr="000F3F0D" w:rsidRDefault="005056D3" w:rsidP="00A65840">
      <w:pPr>
        <w:pStyle w:val="Normlnweb"/>
        <w:numPr>
          <w:ilvl w:val="0"/>
          <w:numId w:val="55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Sdílí zážitek z příběhu a chápe vztahy mezi postavami.</w:t>
      </w:r>
    </w:p>
    <w:p w14:paraId="639AF518" w14:textId="77777777" w:rsidR="005056D3" w:rsidRPr="000F3F0D" w:rsidRDefault="005056D3" w:rsidP="00A65840">
      <w:pPr>
        <w:pStyle w:val="Normlnweb"/>
        <w:numPr>
          <w:ilvl w:val="0"/>
          <w:numId w:val="55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Reaguje na příběh, popisuje své emoce a názory.</w:t>
      </w:r>
    </w:p>
    <w:p w14:paraId="639AF519" w14:textId="77777777" w:rsidR="005056D3" w:rsidRDefault="005056D3" w:rsidP="00A65840">
      <w:pPr>
        <w:pStyle w:val="Normlnweb"/>
        <w:numPr>
          <w:ilvl w:val="0"/>
          <w:numId w:val="55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Dodržuje jednoduché pokyny a využívá symboly v kontextu hry.</w:t>
      </w:r>
    </w:p>
    <w:p w14:paraId="475DBF2B" w14:textId="77777777" w:rsidR="00F8130C" w:rsidRPr="000F3F0D" w:rsidRDefault="00F8130C" w:rsidP="00F8130C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1BF95B94" w14:textId="77777777" w:rsidR="0014284A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Style w:val="Siln"/>
          <w:rFonts w:asciiTheme="majorHAnsi" w:hAnsiTheme="majorHAnsi" w:cstheme="majorHAnsi"/>
          <w:color w:val="000000"/>
        </w:rPr>
      </w:pPr>
      <w:r w:rsidRPr="000F3F0D">
        <w:rPr>
          <w:rStyle w:val="Siln"/>
          <w:rFonts w:asciiTheme="majorHAnsi" w:hAnsiTheme="majorHAnsi" w:cstheme="majorHAnsi"/>
          <w:color w:val="000000"/>
        </w:rPr>
        <w:t>Matematická gramotnost</w:t>
      </w:r>
    </w:p>
    <w:p w14:paraId="639AF51A" w14:textId="5A0564D0" w:rsidR="005056D3" w:rsidRPr="006F21B2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bCs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br/>
      </w:r>
      <w:r w:rsidRPr="00144C55">
        <w:rPr>
          <w:rStyle w:val="Siln"/>
          <w:rFonts w:asciiTheme="majorHAnsi" w:hAnsiTheme="majorHAnsi" w:cstheme="majorHAnsi"/>
          <w:color w:val="000000"/>
        </w:rPr>
        <w:t>Činnosti:</w:t>
      </w:r>
    </w:p>
    <w:p w14:paraId="639AF51B" w14:textId="77777777" w:rsidR="005056D3" w:rsidRPr="000F3F0D" w:rsidRDefault="005056D3" w:rsidP="00A65840">
      <w:pPr>
        <w:pStyle w:val="Normlnweb"/>
        <w:numPr>
          <w:ilvl w:val="0"/>
          <w:numId w:val="56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Počítání při hrách (např. kolik hráčů, kolik kostek)</w:t>
      </w:r>
    </w:p>
    <w:p w14:paraId="639AF51C" w14:textId="77777777" w:rsidR="005056D3" w:rsidRPr="000F3F0D" w:rsidRDefault="005056D3" w:rsidP="00A65840">
      <w:pPr>
        <w:pStyle w:val="Normlnweb"/>
        <w:numPr>
          <w:ilvl w:val="0"/>
          <w:numId w:val="56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Práce s herními pomůckami – třídění, porovnávání, měření</w:t>
      </w:r>
    </w:p>
    <w:p w14:paraId="639AF51D" w14:textId="77777777" w:rsidR="005056D3" w:rsidRPr="000F3F0D" w:rsidRDefault="005056D3" w:rsidP="00A65840">
      <w:pPr>
        <w:pStyle w:val="Normlnweb"/>
        <w:numPr>
          <w:ilvl w:val="0"/>
          <w:numId w:val="56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Určování pořadí (první, poslední, před/za)</w:t>
      </w:r>
    </w:p>
    <w:p w14:paraId="2081D457" w14:textId="290B34D5" w:rsidR="005C1CEC" w:rsidRPr="00D75EAD" w:rsidRDefault="005056D3" w:rsidP="00467DEA">
      <w:pPr>
        <w:pStyle w:val="Normlnweb"/>
        <w:numPr>
          <w:ilvl w:val="0"/>
          <w:numId w:val="56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Vytváření herních plánků (jednoduchá orientace v prostoru)</w:t>
      </w:r>
    </w:p>
    <w:p w14:paraId="11F6C91C" w14:textId="77777777" w:rsidR="00467DEA" w:rsidRPr="000F3F0D" w:rsidRDefault="00467DEA" w:rsidP="00467DEA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</w:p>
    <w:p w14:paraId="639AF51F" w14:textId="77777777" w:rsidR="005056D3" w:rsidRPr="00ED5997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ED5997">
        <w:rPr>
          <w:rStyle w:val="Siln"/>
          <w:rFonts w:asciiTheme="majorHAnsi" w:hAnsiTheme="majorHAnsi" w:cstheme="majorHAnsi"/>
          <w:color w:val="000000"/>
        </w:rPr>
        <w:t>Související OVU:</w:t>
      </w:r>
    </w:p>
    <w:p w14:paraId="639AF520" w14:textId="77777777" w:rsidR="005056D3" w:rsidRPr="000F3F0D" w:rsidRDefault="005056D3" w:rsidP="00A65840">
      <w:pPr>
        <w:pStyle w:val="Normlnweb"/>
        <w:numPr>
          <w:ilvl w:val="0"/>
          <w:numId w:val="57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Počítá a porovnává předměty.</w:t>
      </w:r>
    </w:p>
    <w:p w14:paraId="639AF521" w14:textId="77777777" w:rsidR="005056D3" w:rsidRPr="000F3F0D" w:rsidRDefault="005056D3" w:rsidP="00A65840">
      <w:pPr>
        <w:pStyle w:val="Normlnweb"/>
        <w:numPr>
          <w:ilvl w:val="0"/>
          <w:numId w:val="57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Určuje pořadí a vztahy mezi objekty.</w:t>
      </w:r>
    </w:p>
    <w:p w14:paraId="682196B6" w14:textId="4863A6E7" w:rsidR="00ED5997" w:rsidRDefault="005056D3" w:rsidP="00ED5997">
      <w:pPr>
        <w:pStyle w:val="Normlnweb"/>
        <w:numPr>
          <w:ilvl w:val="0"/>
          <w:numId w:val="57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lastRenderedPageBreak/>
        <w:t>Orientuje se v prostoru pomocí jednoduchých značek.</w:t>
      </w:r>
    </w:p>
    <w:p w14:paraId="1A2BD081" w14:textId="77777777" w:rsidR="0014284A" w:rsidRPr="00ED5997" w:rsidRDefault="0014284A" w:rsidP="0014284A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639AF524" w14:textId="77777777" w:rsidR="005056D3" w:rsidRPr="00813D4A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  <w:r w:rsidRPr="00813D4A">
        <w:rPr>
          <w:rFonts w:asciiTheme="majorHAnsi" w:hAnsiTheme="majorHAnsi" w:cstheme="majorHAnsi"/>
          <w:b/>
          <w:color w:val="000000"/>
        </w:rPr>
        <w:t>Nabídka činností</w:t>
      </w:r>
    </w:p>
    <w:p w14:paraId="639AF525" w14:textId="77777777" w:rsidR="005056D3" w:rsidRPr="000F3F0D" w:rsidRDefault="005056D3" w:rsidP="00A65840">
      <w:pPr>
        <w:pStyle w:val="Normlnweb"/>
        <w:numPr>
          <w:ilvl w:val="0"/>
          <w:numId w:val="5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Spontánní hry na hřišti i ve třídě</w:t>
      </w:r>
    </w:p>
    <w:p w14:paraId="639AF526" w14:textId="77777777" w:rsidR="005056D3" w:rsidRPr="000F3F0D" w:rsidRDefault="005056D3" w:rsidP="00A65840">
      <w:pPr>
        <w:pStyle w:val="Normlnweb"/>
        <w:numPr>
          <w:ilvl w:val="0"/>
          <w:numId w:val="5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Dramatické hry – „Rodina“, „Obchod“, „Škola“</w:t>
      </w:r>
    </w:p>
    <w:p w14:paraId="639AF527" w14:textId="77777777" w:rsidR="005056D3" w:rsidRPr="000F3F0D" w:rsidRDefault="005056D3" w:rsidP="00A65840">
      <w:pPr>
        <w:pStyle w:val="Normlnweb"/>
        <w:numPr>
          <w:ilvl w:val="0"/>
          <w:numId w:val="5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Kooperativní aktivity – stavby, domečky, stezky</w:t>
      </w:r>
    </w:p>
    <w:p w14:paraId="639AF528" w14:textId="77777777" w:rsidR="005056D3" w:rsidRPr="000F3F0D" w:rsidRDefault="005056D3" w:rsidP="00A65840">
      <w:pPr>
        <w:pStyle w:val="Normlnweb"/>
        <w:numPr>
          <w:ilvl w:val="0"/>
          <w:numId w:val="5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Hry s pravidly – pohybové, deskové, tematické</w:t>
      </w:r>
    </w:p>
    <w:p w14:paraId="639AF529" w14:textId="77777777" w:rsidR="005056D3" w:rsidRPr="000F3F0D" w:rsidRDefault="005056D3" w:rsidP="00A65840">
      <w:pPr>
        <w:pStyle w:val="Normlnweb"/>
        <w:numPr>
          <w:ilvl w:val="0"/>
          <w:numId w:val="5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Hry na rozvoj komunikace a emocí</w:t>
      </w:r>
    </w:p>
    <w:p w14:paraId="639AF52A" w14:textId="77777777" w:rsidR="005056D3" w:rsidRPr="000F3F0D" w:rsidRDefault="005056D3" w:rsidP="00A65840">
      <w:pPr>
        <w:pStyle w:val="Normlnweb"/>
        <w:numPr>
          <w:ilvl w:val="0"/>
          <w:numId w:val="5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Tvoření herních symbolů a značek</w:t>
      </w:r>
    </w:p>
    <w:p w14:paraId="639AF52C" w14:textId="06316976" w:rsidR="005056D3" w:rsidRDefault="005056D3" w:rsidP="00A65840">
      <w:pPr>
        <w:pStyle w:val="Normlnweb"/>
        <w:numPr>
          <w:ilvl w:val="0"/>
          <w:numId w:val="58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Třídní kruhy a herní domluvy</w:t>
      </w:r>
    </w:p>
    <w:p w14:paraId="0FFAE6F2" w14:textId="77777777" w:rsidR="005C1CEC" w:rsidRPr="00B848E7" w:rsidRDefault="005C1CEC" w:rsidP="005C1CEC">
      <w:pPr>
        <w:pStyle w:val="Normlnweb"/>
        <w:shd w:val="clear" w:color="auto" w:fill="FFFFFF"/>
        <w:spacing w:before="0" w:beforeAutospacing="0" w:after="120" w:afterAutospacing="0" w:line="276" w:lineRule="auto"/>
        <w:ind w:left="720"/>
        <w:rPr>
          <w:rFonts w:asciiTheme="majorHAnsi" w:hAnsiTheme="majorHAnsi" w:cstheme="majorHAnsi"/>
          <w:color w:val="000000"/>
        </w:rPr>
      </w:pPr>
    </w:p>
    <w:p w14:paraId="639AF52D" w14:textId="77777777" w:rsidR="005056D3" w:rsidRPr="00813D4A" w:rsidRDefault="005056D3" w:rsidP="00A65840">
      <w:pPr>
        <w:pStyle w:val="Normlnweb"/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b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 xml:space="preserve"> </w:t>
      </w:r>
      <w:r w:rsidRPr="00813D4A">
        <w:rPr>
          <w:rFonts w:asciiTheme="majorHAnsi" w:hAnsiTheme="majorHAnsi" w:cstheme="majorHAnsi"/>
          <w:b/>
          <w:color w:val="000000"/>
        </w:rPr>
        <w:t>Možnosti propojení</w:t>
      </w:r>
    </w:p>
    <w:p w14:paraId="639AF52E" w14:textId="77777777" w:rsidR="005056D3" w:rsidRPr="000F3F0D" w:rsidRDefault="005056D3" w:rsidP="00A65840">
      <w:pPr>
        <w:pStyle w:val="Normlnweb"/>
        <w:numPr>
          <w:ilvl w:val="0"/>
          <w:numId w:val="59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Navazuje na blok „Kdo jsem já a kdo jsi Ty“ – identita, vztahy</w:t>
      </w:r>
    </w:p>
    <w:p w14:paraId="639AF52F" w14:textId="77777777" w:rsidR="005056D3" w:rsidRPr="000F3F0D" w:rsidRDefault="005056D3" w:rsidP="00A65840">
      <w:pPr>
        <w:pStyle w:val="Normlnweb"/>
        <w:numPr>
          <w:ilvl w:val="0"/>
          <w:numId w:val="59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Propojuje se s blokem „Tělo a duše v rovnováze“ – regulace emocí při hře</w:t>
      </w:r>
    </w:p>
    <w:p w14:paraId="639AF530" w14:textId="77777777" w:rsidR="005056D3" w:rsidRPr="000F3F0D" w:rsidRDefault="005056D3" w:rsidP="00A65840">
      <w:pPr>
        <w:pStyle w:val="Normlnweb"/>
        <w:numPr>
          <w:ilvl w:val="0"/>
          <w:numId w:val="59"/>
        </w:numPr>
        <w:shd w:val="clear" w:color="auto" w:fill="FFFFFF"/>
        <w:spacing w:before="0" w:beforeAutospacing="0" w:after="120" w:afterAutospacing="0" w:line="276" w:lineRule="auto"/>
        <w:rPr>
          <w:rFonts w:asciiTheme="majorHAnsi" w:hAnsiTheme="majorHAnsi" w:cstheme="majorHAnsi"/>
          <w:color w:val="000000"/>
        </w:rPr>
      </w:pPr>
      <w:r w:rsidRPr="000F3F0D">
        <w:rPr>
          <w:rFonts w:asciiTheme="majorHAnsi" w:hAnsiTheme="majorHAnsi" w:cstheme="majorHAnsi"/>
          <w:color w:val="000000"/>
        </w:rPr>
        <w:t>Přirozeně přechází do témat bloku „Cestuji, poznávám, objevuji“ – poznávání jiných dětí, kultur a her</w:t>
      </w:r>
    </w:p>
    <w:p w14:paraId="639AF531" w14:textId="77777777" w:rsidR="005056D3" w:rsidRDefault="005056D3" w:rsidP="00A65840">
      <w:pPr>
        <w:spacing w:after="120"/>
        <w:rPr>
          <w:lang w:val="cs-CZ" w:eastAsia="cs-CZ"/>
        </w:rPr>
      </w:pPr>
    </w:p>
    <w:p w14:paraId="0E0D2C4B" w14:textId="77777777" w:rsidR="004A20D4" w:rsidRDefault="004A20D4" w:rsidP="00A65840">
      <w:pPr>
        <w:spacing w:after="120"/>
        <w:rPr>
          <w:lang w:val="cs-CZ" w:eastAsia="cs-CZ"/>
        </w:rPr>
      </w:pPr>
    </w:p>
    <w:p w14:paraId="172E7CCB" w14:textId="77777777" w:rsidR="004A20D4" w:rsidRDefault="004A20D4" w:rsidP="00A65840">
      <w:pPr>
        <w:spacing w:after="120"/>
        <w:rPr>
          <w:lang w:val="cs-CZ" w:eastAsia="cs-CZ"/>
        </w:rPr>
      </w:pPr>
    </w:p>
    <w:p w14:paraId="6CE5D307" w14:textId="77777777" w:rsidR="004A20D4" w:rsidRDefault="004A20D4" w:rsidP="00A65840">
      <w:pPr>
        <w:spacing w:after="120"/>
        <w:rPr>
          <w:lang w:val="cs-CZ" w:eastAsia="cs-CZ"/>
        </w:rPr>
      </w:pPr>
    </w:p>
    <w:p w14:paraId="1C431ACC" w14:textId="77777777" w:rsidR="004A20D4" w:rsidRDefault="004A20D4" w:rsidP="00A65840">
      <w:pPr>
        <w:spacing w:after="120"/>
        <w:rPr>
          <w:lang w:val="cs-CZ" w:eastAsia="cs-CZ"/>
        </w:rPr>
      </w:pPr>
    </w:p>
    <w:p w14:paraId="06BE69E2" w14:textId="77777777" w:rsidR="004A20D4" w:rsidRDefault="004A20D4" w:rsidP="00A65840">
      <w:pPr>
        <w:spacing w:after="120"/>
        <w:rPr>
          <w:lang w:val="cs-CZ" w:eastAsia="cs-CZ"/>
        </w:rPr>
      </w:pPr>
    </w:p>
    <w:p w14:paraId="1C006D46" w14:textId="77777777" w:rsidR="004A20D4" w:rsidRDefault="004A20D4" w:rsidP="00A65840">
      <w:pPr>
        <w:spacing w:after="120"/>
        <w:rPr>
          <w:lang w:val="cs-CZ" w:eastAsia="cs-CZ"/>
        </w:rPr>
      </w:pPr>
    </w:p>
    <w:p w14:paraId="06C395D7" w14:textId="77777777" w:rsidR="004A20D4" w:rsidRDefault="004A20D4" w:rsidP="00A65840">
      <w:pPr>
        <w:spacing w:after="120"/>
        <w:rPr>
          <w:lang w:val="cs-CZ" w:eastAsia="cs-CZ"/>
        </w:rPr>
      </w:pPr>
    </w:p>
    <w:p w14:paraId="05D05754" w14:textId="77777777" w:rsidR="004A20D4" w:rsidRDefault="004A20D4" w:rsidP="00A65840">
      <w:pPr>
        <w:spacing w:after="120"/>
        <w:rPr>
          <w:lang w:val="cs-CZ" w:eastAsia="cs-CZ"/>
        </w:rPr>
      </w:pPr>
    </w:p>
    <w:p w14:paraId="7FAE42EE" w14:textId="77777777" w:rsidR="004A20D4" w:rsidRDefault="004A20D4" w:rsidP="00A65840">
      <w:pPr>
        <w:spacing w:after="120"/>
        <w:rPr>
          <w:lang w:val="cs-CZ" w:eastAsia="cs-CZ"/>
        </w:rPr>
      </w:pPr>
    </w:p>
    <w:p w14:paraId="3C410E0D" w14:textId="77777777" w:rsidR="00F103FF" w:rsidRDefault="00F103FF" w:rsidP="00A65840">
      <w:pPr>
        <w:spacing w:after="120"/>
        <w:rPr>
          <w:lang w:val="cs-CZ" w:eastAsia="cs-CZ"/>
        </w:rPr>
      </w:pPr>
    </w:p>
    <w:p w14:paraId="639AF532" w14:textId="77777777" w:rsidR="005056D3" w:rsidRDefault="005056D3" w:rsidP="00A65840">
      <w:pPr>
        <w:pStyle w:val="Nadpis1"/>
        <w:spacing w:before="0" w:after="120"/>
        <w:rPr>
          <w:lang w:val="cs-CZ" w:eastAsia="cs-CZ"/>
        </w:rPr>
      </w:pPr>
      <w:r>
        <w:rPr>
          <w:rFonts w:ascii="Calibri" w:hAnsi="Calibri"/>
          <w:sz w:val="24"/>
          <w:lang w:val="cs-CZ" w:eastAsia="cs-CZ"/>
        </w:rPr>
        <w:lastRenderedPageBreak/>
        <w:t>4. Cestuji, poznávám, objevuji</w:t>
      </w:r>
    </w:p>
    <w:p w14:paraId="639AF533" w14:textId="77777777" w:rsidR="005056D3" w:rsidRDefault="005056D3" w:rsidP="00A65840">
      <w:pPr>
        <w:spacing w:after="120"/>
        <w:rPr>
          <w:lang w:val="cs-CZ" w:eastAsia="cs-CZ"/>
        </w:rPr>
      </w:pPr>
    </w:p>
    <w:p w14:paraId="639AF534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 Charakteristika</w:t>
      </w:r>
    </w:p>
    <w:p w14:paraId="639AF535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Blok rozvíjí dětskou zvídavost, touhu po poznání a objevování světa. Podporuje vnitřní motivaci k učení, seznamování se s různými kulturami, místy i prostředími. Pomáhá dětem vytvářet základní orientaci v prostoru i čase a chápat souvislosti mezi děním v jejich okolí a širším světem. Blok vede k otevřenosti vůči jinakosti a kulturní rozmanitosti. Děti si osvojují základy globálního myšlení skrze vlastní zkušenost, fantazii a hru.</w:t>
      </w:r>
    </w:p>
    <w:p w14:paraId="0F18D1B8" w14:textId="77777777" w:rsidR="004A20D4" w:rsidRPr="005E151B" w:rsidRDefault="004A20D4" w:rsidP="00A65840">
      <w:pPr>
        <w:spacing w:after="120"/>
        <w:rPr>
          <w:rFonts w:asciiTheme="majorHAnsi" w:eastAsia="Times New Roman" w:hAnsiTheme="majorHAnsi" w:cstheme="majorHAnsi"/>
          <w:szCs w:val="24"/>
          <w:lang w:val="cs-CZ" w:eastAsia="cs-CZ"/>
        </w:rPr>
      </w:pPr>
    </w:p>
    <w:p w14:paraId="639AF537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Cíle / záměry integrovaného bloku</w:t>
      </w:r>
    </w:p>
    <w:p w14:paraId="639AF538" w14:textId="77777777" w:rsidR="005056D3" w:rsidRPr="00CB72B4" w:rsidRDefault="005056D3" w:rsidP="00A65840">
      <w:pPr>
        <w:pStyle w:val="Odstavecseseznamem"/>
        <w:numPr>
          <w:ilvl w:val="0"/>
          <w:numId w:val="8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Podporovat dětskou zvídavost a aktivní poznávání okolního světa.</w:t>
      </w:r>
    </w:p>
    <w:p w14:paraId="639AF539" w14:textId="77777777" w:rsidR="005056D3" w:rsidRPr="00CB72B4" w:rsidRDefault="005056D3" w:rsidP="00A65840">
      <w:pPr>
        <w:pStyle w:val="Odstavecseseznamem"/>
        <w:numPr>
          <w:ilvl w:val="0"/>
          <w:numId w:val="8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Rozvíjet schopnost orientace v prostoru, čase a prostředí.</w:t>
      </w:r>
    </w:p>
    <w:p w14:paraId="639AF53A" w14:textId="77777777" w:rsidR="005056D3" w:rsidRPr="00CB72B4" w:rsidRDefault="005056D3" w:rsidP="00A65840">
      <w:pPr>
        <w:pStyle w:val="Odstavecseseznamem"/>
        <w:numPr>
          <w:ilvl w:val="0"/>
          <w:numId w:val="8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Seznamovat děti s různými kulturami, tradicemi a zvyky.</w:t>
      </w:r>
    </w:p>
    <w:p w14:paraId="639AF53B" w14:textId="77777777" w:rsidR="005056D3" w:rsidRPr="00CB72B4" w:rsidRDefault="005056D3" w:rsidP="00A65840">
      <w:pPr>
        <w:pStyle w:val="Odstavecseseznamem"/>
        <w:numPr>
          <w:ilvl w:val="0"/>
          <w:numId w:val="8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Vést děti k otevřenosti vůči jinakosti, toleranci a respektu.</w:t>
      </w:r>
    </w:p>
    <w:p w14:paraId="639AF53C" w14:textId="77777777" w:rsidR="005056D3" w:rsidRPr="00CB72B4" w:rsidRDefault="005056D3" w:rsidP="00A65840">
      <w:pPr>
        <w:pStyle w:val="Odstavecseseznamem"/>
        <w:numPr>
          <w:ilvl w:val="0"/>
          <w:numId w:val="8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Propojovat místní zkušenost s poznáním širšího světa.</w:t>
      </w:r>
    </w:p>
    <w:p w14:paraId="639AF53D" w14:textId="77777777" w:rsidR="005056D3" w:rsidRPr="00CB72B4" w:rsidRDefault="005056D3" w:rsidP="00A65840">
      <w:pPr>
        <w:pStyle w:val="Odstavecseseznamem"/>
        <w:numPr>
          <w:ilvl w:val="0"/>
          <w:numId w:val="8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Podporovat fantazii, tvořivost a schopnost přenášet poznatky do hry.</w:t>
      </w:r>
    </w:p>
    <w:p w14:paraId="08ECFED2" w14:textId="77777777" w:rsidR="00CC212C" w:rsidRPr="005E151B" w:rsidRDefault="00CC212C" w:rsidP="00A65840">
      <w:pPr>
        <w:spacing w:after="120"/>
        <w:rPr>
          <w:rFonts w:asciiTheme="majorHAnsi" w:eastAsia="Times New Roman" w:hAnsiTheme="majorHAnsi" w:cstheme="majorHAnsi"/>
          <w:szCs w:val="24"/>
          <w:lang w:val="cs-CZ" w:eastAsia="cs-CZ"/>
        </w:rPr>
      </w:pPr>
    </w:p>
    <w:p w14:paraId="639AF53F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 </w:t>
      </w: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Vzdělávací oblasti dle RVP PV (2025)</w:t>
      </w:r>
    </w:p>
    <w:p w14:paraId="0B366E36" w14:textId="77777777" w:rsidR="00467DEA" w:rsidRDefault="00467DEA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639AF540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jeho tělo</w:t>
      </w:r>
    </w:p>
    <w:p w14:paraId="639AF541" w14:textId="77777777" w:rsidR="005056D3" w:rsidRPr="00CB72B4" w:rsidRDefault="005056D3" w:rsidP="00A65840">
      <w:pPr>
        <w:pStyle w:val="Odstavecseseznamem"/>
        <w:numPr>
          <w:ilvl w:val="0"/>
          <w:numId w:val="8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Pohybové hry s mapou, orientace v prostoru</w:t>
      </w:r>
    </w:p>
    <w:p w14:paraId="639AF542" w14:textId="77777777" w:rsidR="005056D3" w:rsidRPr="00CB72B4" w:rsidRDefault="005056D3" w:rsidP="00A65840">
      <w:pPr>
        <w:pStyle w:val="Odstavecseseznamem"/>
        <w:numPr>
          <w:ilvl w:val="0"/>
          <w:numId w:val="8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Jóga a dramatizace cestovatelských motivů</w:t>
      </w:r>
    </w:p>
    <w:p w14:paraId="25287658" w14:textId="29FDCC2C" w:rsidR="00B848E7" w:rsidRDefault="005056D3" w:rsidP="00A65840">
      <w:pPr>
        <w:pStyle w:val="Odstavecseseznamem"/>
        <w:numPr>
          <w:ilvl w:val="0"/>
          <w:numId w:val="8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Tvoření dopravních prostředků z</w:t>
      </w:r>
      <w:r w:rsidR="00F103FF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 </w:t>
      </w: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těla</w:t>
      </w:r>
    </w:p>
    <w:p w14:paraId="7312A1E2" w14:textId="77777777" w:rsidR="00F103FF" w:rsidRPr="005D50C8" w:rsidRDefault="00F103FF" w:rsidP="00F103FF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45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jeho psychika</w:t>
      </w:r>
    </w:p>
    <w:p w14:paraId="639AF546" w14:textId="77777777" w:rsidR="005056D3" w:rsidRPr="00CB72B4" w:rsidRDefault="005056D3" w:rsidP="00A65840">
      <w:pPr>
        <w:pStyle w:val="Odstavecseseznamem"/>
        <w:numPr>
          <w:ilvl w:val="0"/>
          <w:numId w:val="8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Rozvoj zvídavosti, představivosti a tvořivosti</w:t>
      </w:r>
    </w:p>
    <w:p w14:paraId="639AF547" w14:textId="77777777" w:rsidR="005056D3" w:rsidRPr="00CB72B4" w:rsidRDefault="005056D3" w:rsidP="00A65840">
      <w:pPr>
        <w:pStyle w:val="Odstavecseseznamem"/>
        <w:numPr>
          <w:ilvl w:val="0"/>
          <w:numId w:val="8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Poznávání různých kultur prostřednictvím příběhů, hudby, jídel</w:t>
      </w:r>
    </w:p>
    <w:p w14:paraId="639AF548" w14:textId="77777777" w:rsidR="005056D3" w:rsidRPr="00CB72B4" w:rsidRDefault="005056D3" w:rsidP="00A65840">
      <w:pPr>
        <w:pStyle w:val="Odstavecseseznamem"/>
        <w:numPr>
          <w:ilvl w:val="0"/>
          <w:numId w:val="8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Hra na "cestu kolem světa" nebo "dobrodružnou výpravu"</w:t>
      </w:r>
    </w:p>
    <w:p w14:paraId="639AF549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5AA545B8" w14:textId="77777777" w:rsidR="00F103FF" w:rsidRDefault="00F103FF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4BDD81A1" w14:textId="77777777" w:rsidR="00B12CC3" w:rsidRDefault="00B12CC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54A" w14:textId="3B306D4A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lastRenderedPageBreak/>
        <w:t>Dítě a ten druhý</w:t>
      </w:r>
    </w:p>
    <w:p w14:paraId="639AF54B" w14:textId="77777777" w:rsidR="005056D3" w:rsidRPr="00CB72B4" w:rsidRDefault="005056D3" w:rsidP="00A65840">
      <w:pPr>
        <w:pStyle w:val="Odstavecseseznamem"/>
        <w:numPr>
          <w:ilvl w:val="0"/>
          <w:numId w:val="8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Kooperativní hry s cestovatelskými motivy</w:t>
      </w:r>
    </w:p>
    <w:p w14:paraId="639AF54C" w14:textId="77777777" w:rsidR="005056D3" w:rsidRPr="00CB72B4" w:rsidRDefault="005056D3" w:rsidP="00A65840">
      <w:pPr>
        <w:pStyle w:val="Odstavecseseznamem"/>
        <w:numPr>
          <w:ilvl w:val="0"/>
          <w:numId w:val="8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Sdílení zkušeností z cest, výletů, dovolených</w:t>
      </w:r>
    </w:p>
    <w:p w14:paraId="639AF54D" w14:textId="77777777" w:rsidR="005056D3" w:rsidRPr="00CB72B4" w:rsidRDefault="005056D3" w:rsidP="00A65840">
      <w:pPr>
        <w:pStyle w:val="Odstavecseseznamem"/>
        <w:numPr>
          <w:ilvl w:val="0"/>
          <w:numId w:val="8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Prožitkové učení – poznávání cizího a jiného spolu s ostatními</w:t>
      </w:r>
    </w:p>
    <w:p w14:paraId="639AF54E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54F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svět</w:t>
      </w:r>
    </w:p>
    <w:p w14:paraId="639AF550" w14:textId="77777777" w:rsidR="005056D3" w:rsidRPr="00CB72B4" w:rsidRDefault="005056D3" w:rsidP="00A65840">
      <w:pPr>
        <w:pStyle w:val="Odstavecseseznamem"/>
        <w:numPr>
          <w:ilvl w:val="0"/>
          <w:numId w:val="8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Základy geografických pojmů – kontinent, stát, město, vesnice</w:t>
      </w:r>
    </w:p>
    <w:p w14:paraId="639AF551" w14:textId="77777777" w:rsidR="005056D3" w:rsidRPr="00CB72B4" w:rsidRDefault="005056D3" w:rsidP="00A65840">
      <w:pPr>
        <w:pStyle w:val="Odstavecseseznamem"/>
        <w:numPr>
          <w:ilvl w:val="0"/>
          <w:numId w:val="8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Poznávání zeměpisných rozdílů – hory, moře, poušť, les</w:t>
      </w:r>
    </w:p>
    <w:p w14:paraId="639AF552" w14:textId="77777777" w:rsidR="005056D3" w:rsidRPr="00CB72B4" w:rsidRDefault="005056D3" w:rsidP="00A65840">
      <w:pPr>
        <w:pStyle w:val="Odstavecseseznamem"/>
        <w:numPr>
          <w:ilvl w:val="0"/>
          <w:numId w:val="8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Vnímání kulturní rozmanitosti jako obohacení světa</w:t>
      </w:r>
    </w:p>
    <w:p w14:paraId="639AF553" w14:textId="77777777" w:rsidR="005056D3" w:rsidRPr="005E151B" w:rsidRDefault="005056D3" w:rsidP="00A65840">
      <w:pPr>
        <w:spacing w:after="120"/>
        <w:rPr>
          <w:rFonts w:asciiTheme="majorHAnsi" w:eastAsia="Times New Roman" w:hAnsiTheme="majorHAnsi" w:cstheme="majorHAnsi"/>
          <w:szCs w:val="24"/>
          <w:lang w:val="cs-CZ" w:eastAsia="cs-CZ"/>
        </w:rPr>
      </w:pPr>
    </w:p>
    <w:p w14:paraId="639AF554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Klíčové kompetence dle RVP PV 2025</w:t>
      </w:r>
    </w:p>
    <w:p w14:paraId="639AF555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56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k učení</w:t>
      </w:r>
    </w:p>
    <w:p w14:paraId="639AF557" w14:textId="77777777" w:rsidR="005056D3" w:rsidRPr="00CB72B4" w:rsidRDefault="005056D3" w:rsidP="00A65840">
      <w:pPr>
        <w:pStyle w:val="Odstavecseseznamem"/>
        <w:numPr>
          <w:ilvl w:val="0"/>
          <w:numId w:val="8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Dítě objevuje nové informace o světě, klade otázky, hledá odpovědi.</w:t>
      </w:r>
    </w:p>
    <w:p w14:paraId="639AF558" w14:textId="77777777" w:rsidR="005056D3" w:rsidRPr="00CB72B4" w:rsidRDefault="005056D3" w:rsidP="00A65840">
      <w:pPr>
        <w:pStyle w:val="Odstavecseseznamem"/>
        <w:numPr>
          <w:ilvl w:val="0"/>
          <w:numId w:val="8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Srovnává poznatky, spojuje souvislosti mezi různými místy, zvyky.</w:t>
      </w:r>
    </w:p>
    <w:p w14:paraId="639AF559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55A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k řešení problémů</w:t>
      </w:r>
    </w:p>
    <w:p w14:paraId="639AF55B" w14:textId="77777777" w:rsidR="005056D3" w:rsidRPr="00CB72B4" w:rsidRDefault="005056D3" w:rsidP="00A65840">
      <w:pPr>
        <w:pStyle w:val="Odstavecseseznamem"/>
        <w:numPr>
          <w:ilvl w:val="0"/>
          <w:numId w:val="8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Uvažuje nad tím, jak se dostat z místa na místo, co potřebuje na cestu.</w:t>
      </w:r>
    </w:p>
    <w:p w14:paraId="639AF55C" w14:textId="77777777" w:rsidR="005056D3" w:rsidRPr="00CB72B4" w:rsidRDefault="005056D3" w:rsidP="00A65840">
      <w:pPr>
        <w:pStyle w:val="Odstavecseseznamem"/>
        <w:numPr>
          <w:ilvl w:val="0"/>
          <w:numId w:val="8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Navrhuje, jak by mohlo probíhat dobrodružství na jiném kontinentu.</w:t>
      </w:r>
    </w:p>
    <w:p w14:paraId="639AF55D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55E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komunikační</w:t>
      </w:r>
    </w:p>
    <w:p w14:paraId="639AF55F" w14:textId="77777777" w:rsidR="005056D3" w:rsidRPr="00CB72B4" w:rsidRDefault="005056D3" w:rsidP="00A65840">
      <w:pPr>
        <w:pStyle w:val="Odstavecseseznamem"/>
        <w:numPr>
          <w:ilvl w:val="0"/>
          <w:numId w:val="8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Sdílí své zážitky z výletů a cest, popisuje, co vidělo, zažilo, poznalo.</w:t>
      </w:r>
    </w:p>
    <w:p w14:paraId="639AF560" w14:textId="77777777" w:rsidR="005056D3" w:rsidRPr="00CB72B4" w:rsidRDefault="005056D3" w:rsidP="00A65840">
      <w:pPr>
        <w:pStyle w:val="Odstavecseseznamem"/>
        <w:numPr>
          <w:ilvl w:val="0"/>
          <w:numId w:val="8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Vypráví o cizích zemích, lidech a jejich zvycích na základě příběhů.</w:t>
      </w:r>
    </w:p>
    <w:p w14:paraId="615C211C" w14:textId="77777777" w:rsidR="00B848E7" w:rsidRDefault="00B848E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562" w14:textId="1C50C32C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občanské</w:t>
      </w:r>
    </w:p>
    <w:p w14:paraId="639AF563" w14:textId="77777777" w:rsidR="005056D3" w:rsidRPr="00CB72B4" w:rsidRDefault="005056D3" w:rsidP="00A65840">
      <w:pPr>
        <w:pStyle w:val="Odstavecseseznamem"/>
        <w:numPr>
          <w:ilvl w:val="0"/>
          <w:numId w:val="9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Uvědomuje si, že svět je rozmanitý a každý má své místo.</w:t>
      </w:r>
    </w:p>
    <w:p w14:paraId="639AF566" w14:textId="4AAE2A23" w:rsidR="005056D3" w:rsidRDefault="005056D3" w:rsidP="00A65840">
      <w:pPr>
        <w:pStyle w:val="Odstavecseseznamem"/>
        <w:numPr>
          <w:ilvl w:val="0"/>
          <w:numId w:val="9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Respektuje odlišnosti lidí i prostředí, nesoudí, ale naslouchá.</w:t>
      </w:r>
    </w:p>
    <w:p w14:paraId="2FAF381E" w14:textId="77777777" w:rsidR="00B55354" w:rsidRDefault="00B55354" w:rsidP="00B55354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18F54E63" w14:textId="77777777" w:rsidR="00B55354" w:rsidRDefault="00B55354" w:rsidP="00B55354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FE9C09E" w14:textId="77777777" w:rsidR="00B55354" w:rsidRDefault="00B55354" w:rsidP="00B55354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170865C0" w14:textId="77777777" w:rsidR="00B55354" w:rsidRPr="00B55354" w:rsidRDefault="00B55354" w:rsidP="00B55354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67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lastRenderedPageBreak/>
        <w:t>Kompetence personální a sociální</w:t>
      </w:r>
    </w:p>
    <w:p w14:paraId="639AF568" w14:textId="77777777" w:rsidR="005056D3" w:rsidRPr="00CB72B4" w:rsidRDefault="005056D3" w:rsidP="00A65840">
      <w:pPr>
        <w:pStyle w:val="Odstavecseseznamem"/>
        <w:numPr>
          <w:ilvl w:val="0"/>
          <w:numId w:val="9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Spolupracuje při skupinové výpravě, pomáhá ostatním "na cestě".</w:t>
      </w:r>
    </w:p>
    <w:p w14:paraId="639AF569" w14:textId="77777777" w:rsidR="005056D3" w:rsidRPr="00CB72B4" w:rsidRDefault="005056D3" w:rsidP="00A65840">
      <w:pPr>
        <w:pStyle w:val="Odstavecseseznamem"/>
        <w:numPr>
          <w:ilvl w:val="0"/>
          <w:numId w:val="9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Respektuje rozdílné názory, kulturní projevy a tradice.</w:t>
      </w:r>
    </w:p>
    <w:p w14:paraId="639AF56A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6B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pracovní</w:t>
      </w:r>
      <w:r w:rsidRPr="00CB72B4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 xml:space="preserve"> a k podnikavosti</w:t>
      </w:r>
    </w:p>
    <w:p w14:paraId="639AF56C" w14:textId="77777777" w:rsidR="005056D3" w:rsidRPr="00CB72B4" w:rsidRDefault="005056D3" w:rsidP="00A65840">
      <w:pPr>
        <w:pStyle w:val="Odstavecseseznamem"/>
        <w:numPr>
          <w:ilvl w:val="0"/>
          <w:numId w:val="9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Připravuje si pomůcky na "cestu", pracuje s mapou, glóbem.</w:t>
      </w:r>
    </w:p>
    <w:p w14:paraId="639AF56D" w14:textId="77777777" w:rsidR="005056D3" w:rsidRPr="00CB72B4" w:rsidRDefault="005056D3" w:rsidP="00A65840">
      <w:pPr>
        <w:pStyle w:val="Odstavecseseznamem"/>
        <w:numPr>
          <w:ilvl w:val="0"/>
          <w:numId w:val="9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Dokončuje úkoly v rámci dobrodružné výpravy nebo herního projektu.</w:t>
      </w:r>
    </w:p>
    <w:p w14:paraId="639AF56E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6F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digitální</w:t>
      </w:r>
    </w:p>
    <w:p w14:paraId="639AF570" w14:textId="77777777" w:rsidR="005056D3" w:rsidRPr="00CB72B4" w:rsidRDefault="005056D3" w:rsidP="00A65840">
      <w:pPr>
        <w:pStyle w:val="Odstavecseseznamem"/>
        <w:numPr>
          <w:ilvl w:val="0"/>
          <w:numId w:val="9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Pozoruje s pomocí dospělého fotografie a videa různých zemí.</w:t>
      </w:r>
    </w:p>
    <w:p w14:paraId="639AF571" w14:textId="77777777" w:rsidR="005056D3" w:rsidRPr="00CB72B4" w:rsidRDefault="005056D3" w:rsidP="00A65840">
      <w:pPr>
        <w:pStyle w:val="Odstavecseseznamem"/>
        <w:numPr>
          <w:ilvl w:val="0"/>
          <w:numId w:val="9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Společně tvoří "digitální cestovní deník" – fotky, kresby, komentáře.</w:t>
      </w:r>
    </w:p>
    <w:p w14:paraId="639AF572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73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Kompetence kulturní</w:t>
      </w:r>
    </w:p>
    <w:p w14:paraId="639AF574" w14:textId="77777777" w:rsidR="005056D3" w:rsidRPr="00CB72B4" w:rsidRDefault="005056D3" w:rsidP="00A65840">
      <w:pPr>
        <w:pStyle w:val="Odstavecseseznamem"/>
        <w:numPr>
          <w:ilvl w:val="0"/>
          <w:numId w:val="9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Poznává zvyky, hudbu, jídla různých národů a vyjadřuje k nim své pocity.</w:t>
      </w:r>
    </w:p>
    <w:p w14:paraId="639AF575" w14:textId="77777777" w:rsidR="005056D3" w:rsidRPr="00CB72B4" w:rsidRDefault="005056D3" w:rsidP="00A65840">
      <w:pPr>
        <w:pStyle w:val="Odstavecseseznamem"/>
        <w:numPr>
          <w:ilvl w:val="0"/>
          <w:numId w:val="9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Tvoří tematické kostýmy, masky, kulisy k příběhům z různých kultur.</w:t>
      </w:r>
    </w:p>
    <w:p w14:paraId="639AF576" w14:textId="77777777" w:rsidR="005056D3" w:rsidRPr="005E151B" w:rsidRDefault="005056D3" w:rsidP="00A65840">
      <w:pPr>
        <w:spacing w:after="120"/>
        <w:rPr>
          <w:rFonts w:asciiTheme="majorHAnsi" w:eastAsia="Times New Roman" w:hAnsiTheme="majorHAnsi" w:cstheme="majorHAnsi"/>
          <w:szCs w:val="24"/>
          <w:lang w:val="cs-CZ" w:eastAsia="cs-CZ"/>
        </w:rPr>
      </w:pPr>
    </w:p>
    <w:p w14:paraId="639AF577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Očekávané výsledky učení (vybrané)</w:t>
      </w:r>
    </w:p>
    <w:p w14:paraId="639AF578" w14:textId="77777777" w:rsidR="005056D3" w:rsidRPr="00CB72B4" w:rsidRDefault="005056D3" w:rsidP="00A65840">
      <w:pPr>
        <w:pStyle w:val="Odstavecseseznamem"/>
        <w:numPr>
          <w:ilvl w:val="0"/>
          <w:numId w:val="9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Orientuje se v základních prostorových pojmech (nahoře, dole, vpravo...)</w:t>
      </w:r>
    </w:p>
    <w:p w14:paraId="639AF579" w14:textId="77777777" w:rsidR="005056D3" w:rsidRPr="00CB72B4" w:rsidRDefault="005056D3" w:rsidP="00A65840">
      <w:pPr>
        <w:pStyle w:val="Odstavecseseznamem"/>
        <w:numPr>
          <w:ilvl w:val="0"/>
          <w:numId w:val="9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Zná některé světadíly, kulturní znaky různých zemí</w:t>
      </w:r>
    </w:p>
    <w:p w14:paraId="639AF57A" w14:textId="77777777" w:rsidR="005056D3" w:rsidRPr="00CB72B4" w:rsidRDefault="005056D3" w:rsidP="00A65840">
      <w:pPr>
        <w:pStyle w:val="Odstavecseseznamem"/>
        <w:numPr>
          <w:ilvl w:val="0"/>
          <w:numId w:val="9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Vyjadřuje poznatky o světě kresbou, slovem i hrou</w:t>
      </w:r>
    </w:p>
    <w:p w14:paraId="639AF57B" w14:textId="77777777" w:rsidR="005056D3" w:rsidRPr="00CB72B4" w:rsidRDefault="005056D3" w:rsidP="00A65840">
      <w:pPr>
        <w:pStyle w:val="Odstavecseseznamem"/>
        <w:numPr>
          <w:ilvl w:val="0"/>
          <w:numId w:val="9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Chápe, že lidé na světě jsou různí a že je to přirozené</w:t>
      </w:r>
    </w:p>
    <w:p w14:paraId="639AF57C" w14:textId="77777777" w:rsidR="005056D3" w:rsidRPr="00CB72B4" w:rsidRDefault="005056D3" w:rsidP="00A65840">
      <w:pPr>
        <w:pStyle w:val="Odstavecseseznamem"/>
        <w:numPr>
          <w:ilvl w:val="0"/>
          <w:numId w:val="9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Srovnává, jak </w:t>
      </w:r>
      <w:proofErr w:type="gramStart"/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se</w:t>
      </w:r>
      <w:proofErr w:type="gramEnd"/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 xml:space="preserve"> kde žije – domy, jídla, tradice, oblečení</w:t>
      </w:r>
    </w:p>
    <w:p w14:paraId="77CDD052" w14:textId="77777777" w:rsidR="005D50C8" w:rsidRDefault="005D50C8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szCs w:val="24"/>
          <w:lang w:val="cs-CZ" w:eastAsia="cs-CZ"/>
        </w:rPr>
      </w:pPr>
    </w:p>
    <w:p w14:paraId="639AF57E" w14:textId="47CB5C22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Rozvoj gramotností</w:t>
      </w:r>
    </w:p>
    <w:p w14:paraId="72DB8F61" w14:textId="77777777" w:rsidR="00564709" w:rsidRDefault="00564709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572BC0DD" w14:textId="77777777" w:rsid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eastAsia="Times New Roman" w:cs="Calibri"/>
          <w:b/>
          <w:color w:val="000000"/>
          <w:szCs w:val="24"/>
          <w:lang w:val="cs-CZ" w:eastAsia="cs-CZ"/>
        </w:rPr>
        <w:t>Č</w:t>
      </w: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ten</w:t>
      </w:r>
      <w:r w:rsidRPr="005E151B">
        <w:rPr>
          <w:rFonts w:eastAsia="Times New Roman" w:cs="Calibri"/>
          <w:b/>
          <w:color w:val="000000"/>
          <w:szCs w:val="24"/>
          <w:lang w:val="cs-CZ" w:eastAsia="cs-CZ"/>
        </w:rPr>
        <w:t>ář</w:t>
      </w: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sk</w:t>
      </w:r>
      <w:r w:rsidRPr="005E151B">
        <w:rPr>
          <w:rFonts w:eastAsia="Times New Roman" w:cs="Calibri"/>
          <w:b/>
          <w:color w:val="000000"/>
          <w:szCs w:val="24"/>
          <w:lang w:val="cs-CZ" w:eastAsia="cs-CZ"/>
        </w:rPr>
        <w:t>á</w:t>
      </w: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 xml:space="preserve"> gramotnost</w:t>
      </w:r>
    </w:p>
    <w:p w14:paraId="639AF580" w14:textId="1BB3AE20" w:rsidR="005056D3" w:rsidRP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ED5997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581" w14:textId="77777777" w:rsidR="005056D3" w:rsidRPr="00CB72B4" w:rsidRDefault="005056D3" w:rsidP="00A65840">
      <w:pPr>
        <w:pStyle w:val="Odstavecseseznamem"/>
        <w:numPr>
          <w:ilvl w:val="0"/>
          <w:numId w:val="9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Poslech příběhů z různých kultur (např. "Pohádky z Afriky", "O slunci a měsíci")</w:t>
      </w:r>
    </w:p>
    <w:p w14:paraId="639AF582" w14:textId="77777777" w:rsidR="005056D3" w:rsidRPr="00CB72B4" w:rsidRDefault="005056D3" w:rsidP="00A65840">
      <w:pPr>
        <w:pStyle w:val="Odstavecseseznamem"/>
        <w:numPr>
          <w:ilvl w:val="0"/>
          <w:numId w:val="9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Popis krajiny a prostředí podle ilustrací, obrázků</w:t>
      </w:r>
    </w:p>
    <w:p w14:paraId="639AF583" w14:textId="77777777" w:rsidR="005056D3" w:rsidRPr="00CB72B4" w:rsidRDefault="005056D3" w:rsidP="00A65840">
      <w:pPr>
        <w:pStyle w:val="Odstavecseseznamem"/>
        <w:numPr>
          <w:ilvl w:val="0"/>
          <w:numId w:val="9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Tvorba cestovatelského deníku s obrázky a komentáři</w:t>
      </w:r>
    </w:p>
    <w:p w14:paraId="364B9CE6" w14:textId="0DB3D0B1" w:rsidR="004246EA" w:rsidRPr="00B12CC3" w:rsidRDefault="005056D3" w:rsidP="00A65840">
      <w:pPr>
        <w:pStyle w:val="Odstavecseseznamem"/>
        <w:numPr>
          <w:ilvl w:val="0"/>
          <w:numId w:val="9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Hraní pohádek z jiných zemí</w:t>
      </w:r>
    </w:p>
    <w:p w14:paraId="639AF586" w14:textId="602CEB4C" w:rsidR="005056D3" w:rsidRP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ED5997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lastRenderedPageBreak/>
        <w:t>Související OVU:</w:t>
      </w:r>
    </w:p>
    <w:p w14:paraId="639AF587" w14:textId="77777777" w:rsidR="005056D3" w:rsidRPr="00CB72B4" w:rsidRDefault="005056D3" w:rsidP="00A65840">
      <w:pPr>
        <w:pStyle w:val="Odstavecseseznamem"/>
        <w:numPr>
          <w:ilvl w:val="0"/>
          <w:numId w:val="9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Rozumí slyšenému příběhu a dokáže ho převyprávět či ztvárnit.</w:t>
      </w:r>
    </w:p>
    <w:p w14:paraId="639AF588" w14:textId="77777777" w:rsidR="005056D3" w:rsidRPr="00CB72B4" w:rsidRDefault="005056D3" w:rsidP="00A65840">
      <w:pPr>
        <w:pStyle w:val="Odstavecseseznamem"/>
        <w:numPr>
          <w:ilvl w:val="0"/>
          <w:numId w:val="9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 rozdíly a podobnosti mezi postavami z různých kultur.</w:t>
      </w:r>
    </w:p>
    <w:p w14:paraId="639AF589" w14:textId="77777777" w:rsidR="005056D3" w:rsidRPr="00CB72B4" w:rsidRDefault="005056D3" w:rsidP="00A65840">
      <w:pPr>
        <w:pStyle w:val="Odstavecseseznamem"/>
        <w:numPr>
          <w:ilvl w:val="0"/>
          <w:numId w:val="9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Vyjadřuje své zážitky a poznatky prostřednictvím slov a symbolů.</w:t>
      </w:r>
    </w:p>
    <w:p w14:paraId="639AF58A" w14:textId="77777777" w:rsidR="005056D3" w:rsidRDefault="005056D3" w:rsidP="00A65840">
      <w:pPr>
        <w:shd w:val="clear" w:color="auto" w:fill="FFFFFF"/>
        <w:spacing w:after="120"/>
        <w:rPr>
          <w:rFonts w:ascii="Segoe UI Symbol" w:eastAsia="Times New Roman" w:hAnsi="Segoe UI Symbol" w:cs="Segoe UI Symbol"/>
          <w:color w:val="000000"/>
          <w:szCs w:val="24"/>
          <w:lang w:val="cs-CZ" w:eastAsia="cs-CZ"/>
        </w:rPr>
      </w:pPr>
    </w:p>
    <w:p w14:paraId="639AF58B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Matematick</w:t>
      </w:r>
      <w:r w:rsidRPr="005E151B">
        <w:rPr>
          <w:rFonts w:eastAsia="Times New Roman" w:cs="Calibri"/>
          <w:b/>
          <w:color w:val="000000"/>
          <w:szCs w:val="24"/>
          <w:lang w:val="cs-CZ" w:eastAsia="cs-CZ"/>
        </w:rPr>
        <w:t>á</w:t>
      </w: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 xml:space="preserve"> gramotnost</w:t>
      </w:r>
    </w:p>
    <w:p w14:paraId="639AF58C" w14:textId="77777777" w:rsidR="005056D3" w:rsidRP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ED5997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58D" w14:textId="77777777" w:rsidR="005056D3" w:rsidRPr="00CB72B4" w:rsidRDefault="005056D3" w:rsidP="00A65840">
      <w:pPr>
        <w:pStyle w:val="Odstavecseseznamem"/>
        <w:numPr>
          <w:ilvl w:val="0"/>
          <w:numId w:val="9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Práce s mapou – hledání cesty, určování vzdálenosti (relativní)</w:t>
      </w:r>
    </w:p>
    <w:p w14:paraId="639AF58E" w14:textId="77777777" w:rsidR="005056D3" w:rsidRPr="00CB72B4" w:rsidRDefault="005056D3" w:rsidP="00A65840">
      <w:pPr>
        <w:pStyle w:val="Odstavecseseznamem"/>
        <w:numPr>
          <w:ilvl w:val="0"/>
          <w:numId w:val="9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Třídění dopravních prostředků podle typu, rychlosti</w:t>
      </w:r>
    </w:p>
    <w:p w14:paraId="639AF58F" w14:textId="77777777" w:rsidR="005056D3" w:rsidRPr="00CB72B4" w:rsidRDefault="005056D3" w:rsidP="00A65840">
      <w:pPr>
        <w:pStyle w:val="Odstavecseseznamem"/>
        <w:numPr>
          <w:ilvl w:val="0"/>
          <w:numId w:val="9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Počítání kroků, zastávek, věcí na cestu</w:t>
      </w:r>
    </w:p>
    <w:p w14:paraId="639AF590" w14:textId="77777777" w:rsidR="005056D3" w:rsidRPr="00CB72B4" w:rsidRDefault="005056D3" w:rsidP="00A65840">
      <w:pPr>
        <w:pStyle w:val="Odstavecseseznamem"/>
        <w:numPr>
          <w:ilvl w:val="0"/>
          <w:numId w:val="9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Práce s časem – dny v týdnu, kdy jedeme, kolik dní trvá výlet</w:t>
      </w:r>
    </w:p>
    <w:p w14:paraId="639AF591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92" w14:textId="77777777" w:rsidR="005056D3" w:rsidRP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ED5997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Související OVU:</w:t>
      </w:r>
    </w:p>
    <w:p w14:paraId="639AF593" w14:textId="77777777" w:rsidR="005056D3" w:rsidRPr="00CB72B4" w:rsidRDefault="005056D3" w:rsidP="00A65840">
      <w:pPr>
        <w:pStyle w:val="Odstavecseseznamem"/>
        <w:numPr>
          <w:ilvl w:val="0"/>
          <w:numId w:val="9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Třídí předměty podle daného kritéria, určuje počet a množství.</w:t>
      </w:r>
    </w:p>
    <w:p w14:paraId="639AF594" w14:textId="77777777" w:rsidR="005056D3" w:rsidRPr="00CB72B4" w:rsidRDefault="005056D3" w:rsidP="00A65840">
      <w:pPr>
        <w:pStyle w:val="Odstavecseseznamem"/>
        <w:numPr>
          <w:ilvl w:val="0"/>
          <w:numId w:val="9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Orientuje se v základních časových pojmech (ráno, večer, zítra).</w:t>
      </w:r>
    </w:p>
    <w:p w14:paraId="639AF596" w14:textId="51E96F7C" w:rsidR="005056D3" w:rsidRDefault="005056D3" w:rsidP="00A65840">
      <w:pPr>
        <w:pStyle w:val="Odstavecseseznamem"/>
        <w:numPr>
          <w:ilvl w:val="0"/>
          <w:numId w:val="9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Používá prostorové pojmy při orientaci na mapě nebo ve hře.</w:t>
      </w:r>
    </w:p>
    <w:p w14:paraId="5826C582" w14:textId="77777777" w:rsidR="004246EA" w:rsidRPr="00467DEA" w:rsidRDefault="004246EA" w:rsidP="004246EA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97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Nabídka činností</w:t>
      </w:r>
    </w:p>
    <w:p w14:paraId="639AF598" w14:textId="77777777" w:rsidR="005056D3" w:rsidRPr="00CB72B4" w:rsidRDefault="005056D3" w:rsidP="00A65840">
      <w:pPr>
        <w:pStyle w:val="Odstavecseseznamem"/>
        <w:numPr>
          <w:ilvl w:val="0"/>
          <w:numId w:val="10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Herní projekt "Cesta kolem světa" – pasy, jízdenky, letadla, vlaky</w:t>
      </w:r>
    </w:p>
    <w:p w14:paraId="639AF599" w14:textId="77777777" w:rsidR="005056D3" w:rsidRPr="00CB72B4" w:rsidRDefault="005056D3" w:rsidP="00A65840">
      <w:pPr>
        <w:pStyle w:val="Odstavecseseznamem"/>
        <w:numPr>
          <w:ilvl w:val="0"/>
          <w:numId w:val="10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Tvorba vlajek, ochutnávka jídel, poslech hudby různých národů</w:t>
      </w:r>
    </w:p>
    <w:p w14:paraId="639AF59A" w14:textId="77777777" w:rsidR="005056D3" w:rsidRPr="00CB72B4" w:rsidRDefault="005056D3" w:rsidP="00A65840">
      <w:pPr>
        <w:pStyle w:val="Odstavecseseznamem"/>
        <w:numPr>
          <w:ilvl w:val="0"/>
          <w:numId w:val="10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Cestování prstem po mapě – hledání zemí, měst, moří</w:t>
      </w:r>
    </w:p>
    <w:p w14:paraId="639AF59B" w14:textId="77777777" w:rsidR="005056D3" w:rsidRPr="00CB72B4" w:rsidRDefault="005056D3" w:rsidP="00A65840">
      <w:pPr>
        <w:pStyle w:val="Odstavecseseznamem"/>
        <w:numPr>
          <w:ilvl w:val="0"/>
          <w:numId w:val="10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Dobrodružné výpravy do lesa nebo na neznámé místo</w:t>
      </w:r>
    </w:p>
    <w:p w14:paraId="639AF59C" w14:textId="77777777" w:rsidR="005056D3" w:rsidRPr="00CB72B4" w:rsidRDefault="005056D3" w:rsidP="00A65840">
      <w:pPr>
        <w:pStyle w:val="Odstavecseseznamem"/>
        <w:numPr>
          <w:ilvl w:val="0"/>
          <w:numId w:val="10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Vyprávění o výletech, práce s fotkami z cest</w:t>
      </w:r>
    </w:p>
    <w:p w14:paraId="639AF5A0" w14:textId="3BD4962B" w:rsidR="005056D3" w:rsidRDefault="005056D3" w:rsidP="00A65840">
      <w:pPr>
        <w:pStyle w:val="Odstavecseseznamem"/>
        <w:numPr>
          <w:ilvl w:val="0"/>
          <w:numId w:val="10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Konstrukční hry – stavby mostů, lodí, domečků z jiných zemí</w:t>
      </w:r>
    </w:p>
    <w:p w14:paraId="41AF9943" w14:textId="77777777" w:rsidR="005D50C8" w:rsidRPr="00B848E7" w:rsidRDefault="005D50C8" w:rsidP="005D50C8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A1" w14:textId="77777777" w:rsidR="005056D3" w:rsidRPr="005E151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5E151B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Možnosti propojení</w:t>
      </w:r>
    </w:p>
    <w:p w14:paraId="639AF5A2" w14:textId="77777777" w:rsidR="005056D3" w:rsidRPr="00CB72B4" w:rsidRDefault="005056D3" w:rsidP="00A65840">
      <w:pPr>
        <w:pStyle w:val="Odstavecseseznamem"/>
        <w:numPr>
          <w:ilvl w:val="0"/>
          <w:numId w:val="10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Navazuje na blok „Hra, která nás spojuje“ – společná pravidla a role</w:t>
      </w:r>
    </w:p>
    <w:p w14:paraId="639AF5A3" w14:textId="77777777" w:rsidR="005056D3" w:rsidRPr="00CB72B4" w:rsidRDefault="005056D3" w:rsidP="00A65840">
      <w:pPr>
        <w:pStyle w:val="Odstavecseseznamem"/>
        <w:numPr>
          <w:ilvl w:val="0"/>
          <w:numId w:val="10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Rozšiřuje environmentální vnímání z bloku „Když naslouchám přírodě“</w:t>
      </w:r>
    </w:p>
    <w:p w14:paraId="639AF5A4" w14:textId="77777777" w:rsidR="005056D3" w:rsidRPr="00CB72B4" w:rsidRDefault="005056D3" w:rsidP="00A65840">
      <w:pPr>
        <w:pStyle w:val="Odstavecseseznamem"/>
        <w:numPr>
          <w:ilvl w:val="0"/>
          <w:numId w:val="10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90909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252525"/>
          <w:szCs w:val="24"/>
          <w:lang w:val="cs-CZ" w:eastAsia="cs-CZ"/>
        </w:rPr>
        <w:t>Umožňuje hlubší poznání sebe sama ve vztahu k ostatním – spojení s blokem „Kdo jsem já a kdo jsi Ty“</w:t>
      </w:r>
    </w:p>
    <w:p w14:paraId="639AF5A6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62C5F91" w14:textId="77777777" w:rsidR="003D148B" w:rsidRPr="005E151B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A7" w14:textId="77777777" w:rsidR="005056D3" w:rsidRDefault="005056D3" w:rsidP="00A65840">
      <w:pPr>
        <w:pStyle w:val="Nadpis1"/>
        <w:spacing w:before="0" w:after="120"/>
        <w:rPr>
          <w:lang w:val="cs-CZ" w:eastAsia="cs-CZ"/>
        </w:rPr>
      </w:pPr>
      <w:r>
        <w:rPr>
          <w:rFonts w:ascii="Calibri" w:hAnsi="Calibri"/>
          <w:sz w:val="24"/>
          <w:lang w:val="cs-CZ" w:eastAsia="cs-CZ"/>
        </w:rPr>
        <w:lastRenderedPageBreak/>
        <w:t>5. Tělo a duše v rovnováze</w:t>
      </w:r>
    </w:p>
    <w:p w14:paraId="639AF5A8" w14:textId="77777777" w:rsidR="005056D3" w:rsidRDefault="005056D3" w:rsidP="00A65840">
      <w:pPr>
        <w:spacing w:after="120"/>
        <w:rPr>
          <w:lang w:val="cs-CZ" w:eastAsia="cs-CZ"/>
        </w:rPr>
      </w:pPr>
    </w:p>
    <w:p w14:paraId="639AF5A9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CB72B4">
        <w:rPr>
          <w:rFonts w:eastAsia="Times New Roman" w:cs="Arial"/>
          <w:b/>
          <w:color w:val="000000"/>
          <w:szCs w:val="24"/>
          <w:lang w:val="cs-CZ" w:eastAsia="cs-CZ"/>
        </w:rPr>
        <w:t> </w:t>
      </w:r>
      <w:r w:rsidRPr="00CB72B4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Charakteristika</w:t>
      </w:r>
    </w:p>
    <w:p w14:paraId="639AF5AA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AC" w14:textId="08023F0A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Tento blok podporuje harmonický rozvoj těla i duše dítěte, posiluje jeho fyzickou, psychickou i sociální odolnost. Učí děti naslouchat svému tělu, respektovat jeho potřeby, pečovat o své zdraví a pohodu. Skrze pohyb, dech, relaxaci a uvědomování si emocí děti získávají základní dovednosti pro vnitřní rovnováhu a zdravý životní styl.</w:t>
      </w:r>
    </w:p>
    <w:p w14:paraId="639AF5AD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AE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Cíle / záměry integrovaného bloku</w:t>
      </w:r>
    </w:p>
    <w:p w14:paraId="639AF5AF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B0" w14:textId="77777777" w:rsidR="005056D3" w:rsidRPr="00CB72B4" w:rsidRDefault="005056D3" w:rsidP="00A65840">
      <w:pPr>
        <w:pStyle w:val="Odstavecseseznamem"/>
        <w:numPr>
          <w:ilvl w:val="0"/>
          <w:numId w:val="10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Rozvíjet zdravý vztah k vlastnímu tělu.</w:t>
      </w:r>
    </w:p>
    <w:p w14:paraId="639AF5B1" w14:textId="77777777" w:rsidR="005056D3" w:rsidRPr="00CB72B4" w:rsidRDefault="005056D3" w:rsidP="00A65840">
      <w:pPr>
        <w:pStyle w:val="Odstavecseseznamem"/>
        <w:numPr>
          <w:ilvl w:val="0"/>
          <w:numId w:val="10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Podporovat motorický rozvoj, koordinaci a vytrvalost.</w:t>
      </w:r>
    </w:p>
    <w:p w14:paraId="639AF5B2" w14:textId="77777777" w:rsidR="005056D3" w:rsidRPr="00CB72B4" w:rsidRDefault="005056D3" w:rsidP="00A65840">
      <w:pPr>
        <w:pStyle w:val="Odstavecseseznamem"/>
        <w:numPr>
          <w:ilvl w:val="0"/>
          <w:numId w:val="10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Vést děti k vnímání vlastního těla a dechu.</w:t>
      </w:r>
    </w:p>
    <w:p w14:paraId="639AF5B3" w14:textId="77777777" w:rsidR="005056D3" w:rsidRPr="00CB72B4" w:rsidRDefault="005056D3" w:rsidP="00A65840">
      <w:pPr>
        <w:pStyle w:val="Odstavecseseznamem"/>
        <w:numPr>
          <w:ilvl w:val="0"/>
          <w:numId w:val="10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Rozpoznávat a pojmenovávat emoce.</w:t>
      </w:r>
    </w:p>
    <w:p w14:paraId="639AF5B4" w14:textId="77777777" w:rsidR="005056D3" w:rsidRPr="00CB72B4" w:rsidRDefault="005056D3" w:rsidP="00A65840">
      <w:pPr>
        <w:pStyle w:val="Odstavecseseznamem"/>
        <w:numPr>
          <w:ilvl w:val="0"/>
          <w:numId w:val="10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Učit děti, jak zvládat stres, napětí a zklidnit se.</w:t>
      </w:r>
    </w:p>
    <w:p w14:paraId="639AF5B5" w14:textId="77777777" w:rsidR="005056D3" w:rsidRPr="00CB72B4" w:rsidRDefault="005056D3" w:rsidP="00A65840">
      <w:pPr>
        <w:pStyle w:val="Odstavecseseznamem"/>
        <w:numPr>
          <w:ilvl w:val="0"/>
          <w:numId w:val="10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Budovat pozitivní vztah k pohybu, sportu a zdraví.</w:t>
      </w:r>
    </w:p>
    <w:p w14:paraId="5AEBB2F4" w14:textId="77777777" w:rsidR="00467DEA" w:rsidRDefault="005056D3" w:rsidP="00467DEA">
      <w:pPr>
        <w:pStyle w:val="Odstavecseseznamem"/>
        <w:numPr>
          <w:ilvl w:val="0"/>
          <w:numId w:val="10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CB72B4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Vytvářet prostor pro rovnováhu mezi aktivitou a odpočinkem.</w:t>
      </w:r>
    </w:p>
    <w:p w14:paraId="17A659CD" w14:textId="77777777" w:rsidR="004246EA" w:rsidRPr="004246EA" w:rsidRDefault="004246EA" w:rsidP="004246EA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B9" w14:textId="24FE0D36" w:rsidR="005056D3" w:rsidRPr="00467DEA" w:rsidRDefault="005056D3" w:rsidP="00467DEA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467DEA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Vzdělávací oblasti dle RVP PV (2025)</w:t>
      </w:r>
    </w:p>
    <w:p w14:paraId="639AF5BA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BC" w14:textId="206FF15A" w:rsidR="005056D3" w:rsidRPr="005D50C8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jeho tělo</w:t>
      </w:r>
    </w:p>
    <w:p w14:paraId="639AF5BD" w14:textId="77777777" w:rsidR="005056D3" w:rsidRPr="00AD3662" w:rsidRDefault="005056D3" w:rsidP="00A65840">
      <w:pPr>
        <w:pStyle w:val="Odstavecseseznamem"/>
        <w:numPr>
          <w:ilvl w:val="0"/>
          <w:numId w:val="10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Rozvoj pohybových dovedností (běh, skok, lezení, hod)</w:t>
      </w:r>
    </w:p>
    <w:p w14:paraId="639AF5BE" w14:textId="77777777" w:rsidR="005056D3" w:rsidRPr="00AD3662" w:rsidRDefault="005056D3" w:rsidP="00A65840">
      <w:pPr>
        <w:pStyle w:val="Odstavecseseznamem"/>
        <w:numPr>
          <w:ilvl w:val="0"/>
          <w:numId w:val="10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Koordinace, rovnováha, správné držení těla</w:t>
      </w:r>
    </w:p>
    <w:p w14:paraId="639AF5BF" w14:textId="77777777" w:rsidR="005056D3" w:rsidRPr="00AD3662" w:rsidRDefault="005056D3" w:rsidP="00A65840">
      <w:pPr>
        <w:pStyle w:val="Odstavecseseznamem"/>
        <w:numPr>
          <w:ilvl w:val="0"/>
          <w:numId w:val="10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Cvičení jógy a relaxace</w:t>
      </w:r>
    </w:p>
    <w:p w14:paraId="639AF5C0" w14:textId="77777777" w:rsidR="005056D3" w:rsidRPr="00AD3662" w:rsidRDefault="005056D3" w:rsidP="00A65840">
      <w:pPr>
        <w:pStyle w:val="Odstavecseseznamem"/>
        <w:numPr>
          <w:ilvl w:val="0"/>
          <w:numId w:val="10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Vědomé dýchání a vnímání těla</w:t>
      </w:r>
    </w:p>
    <w:p w14:paraId="639AF5C1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C3" w14:textId="433A0259" w:rsidR="005056D3" w:rsidRPr="005D50C8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jeho psychika</w:t>
      </w:r>
    </w:p>
    <w:p w14:paraId="639AF5C4" w14:textId="77777777" w:rsidR="005056D3" w:rsidRPr="00AD3662" w:rsidRDefault="005056D3" w:rsidP="00A65840">
      <w:pPr>
        <w:pStyle w:val="Odstavecseseznamem"/>
        <w:numPr>
          <w:ilvl w:val="0"/>
          <w:numId w:val="10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Vědomé vnímání emocí a potřeb</w:t>
      </w:r>
    </w:p>
    <w:p w14:paraId="639AF5C5" w14:textId="77777777" w:rsidR="005056D3" w:rsidRPr="00AD3662" w:rsidRDefault="005056D3" w:rsidP="00A65840">
      <w:pPr>
        <w:pStyle w:val="Odstavecseseznamem"/>
        <w:numPr>
          <w:ilvl w:val="0"/>
          <w:numId w:val="10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Zvládání stresu a napětí</w:t>
      </w:r>
    </w:p>
    <w:p w14:paraId="639AF5C7" w14:textId="5A7CDAD1" w:rsidR="005056D3" w:rsidRPr="00B12CC3" w:rsidRDefault="005056D3" w:rsidP="00A65840">
      <w:pPr>
        <w:pStyle w:val="Odstavecseseznamem"/>
        <w:numPr>
          <w:ilvl w:val="0"/>
          <w:numId w:val="10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Podpora sebedůvěry a emoční stability</w:t>
      </w:r>
    </w:p>
    <w:p w14:paraId="0695A724" w14:textId="77777777" w:rsidR="003D148B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</w:p>
    <w:p w14:paraId="639AF5C9" w14:textId="35C5F6B1" w:rsidR="005056D3" w:rsidRPr="005D50C8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lastRenderedPageBreak/>
        <w:t>Dítě a ten druhý</w:t>
      </w:r>
    </w:p>
    <w:p w14:paraId="639AF5CA" w14:textId="77777777" w:rsidR="005056D3" w:rsidRPr="00AD3662" w:rsidRDefault="005056D3" w:rsidP="00A65840">
      <w:pPr>
        <w:pStyle w:val="Odstavecseseznamem"/>
        <w:numPr>
          <w:ilvl w:val="0"/>
          <w:numId w:val="10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Kooperativní pohybové hry</w:t>
      </w:r>
    </w:p>
    <w:p w14:paraId="639AF5CB" w14:textId="77777777" w:rsidR="005056D3" w:rsidRPr="00AD3662" w:rsidRDefault="005056D3" w:rsidP="00A65840">
      <w:pPr>
        <w:pStyle w:val="Odstavecseseznamem"/>
        <w:numPr>
          <w:ilvl w:val="0"/>
          <w:numId w:val="10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Respekt k hranicím druhých při hrách i cvičení</w:t>
      </w:r>
    </w:p>
    <w:p w14:paraId="639AF5CC" w14:textId="77777777" w:rsidR="005056D3" w:rsidRPr="00AD3662" w:rsidRDefault="005056D3" w:rsidP="00A65840">
      <w:pPr>
        <w:pStyle w:val="Odstavecseseznamem"/>
        <w:numPr>
          <w:ilvl w:val="0"/>
          <w:numId w:val="10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Sdílení emocí a zážitků</w:t>
      </w:r>
    </w:p>
    <w:p w14:paraId="639AF5CD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CF" w14:textId="57CC6314" w:rsidR="005056D3" w:rsidRPr="005D50C8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Dítě a svět</w:t>
      </w:r>
    </w:p>
    <w:p w14:paraId="639AF5D0" w14:textId="77777777" w:rsidR="005056D3" w:rsidRPr="00AD3662" w:rsidRDefault="005056D3" w:rsidP="00A65840">
      <w:pPr>
        <w:pStyle w:val="Odstavecseseznamem"/>
        <w:numPr>
          <w:ilvl w:val="0"/>
          <w:numId w:val="10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Porozumění základním principům zdravého životního stylu</w:t>
      </w:r>
    </w:p>
    <w:p w14:paraId="639AF5D1" w14:textId="77777777" w:rsidR="005056D3" w:rsidRPr="00AD3662" w:rsidRDefault="005056D3" w:rsidP="00A65840">
      <w:pPr>
        <w:pStyle w:val="Odstavecseseznamem"/>
        <w:numPr>
          <w:ilvl w:val="0"/>
          <w:numId w:val="10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Bezpečné chování při pohybu venku i uvnitř</w:t>
      </w:r>
    </w:p>
    <w:p w14:paraId="639AF5D2" w14:textId="77777777" w:rsidR="005056D3" w:rsidRPr="00AD3662" w:rsidRDefault="005056D3" w:rsidP="00A65840">
      <w:pPr>
        <w:pStyle w:val="Odstavecseseznamem"/>
        <w:numPr>
          <w:ilvl w:val="0"/>
          <w:numId w:val="10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Vědomé využívání volného času (aktivní odpočinek)</w:t>
      </w:r>
    </w:p>
    <w:p w14:paraId="3FA6437F" w14:textId="77777777" w:rsidR="00B848E7" w:rsidRPr="00CB72B4" w:rsidRDefault="00B848E7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D6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Klíčové kompetence dle RVP PV 2025</w:t>
      </w:r>
    </w:p>
    <w:p w14:paraId="639AF5D7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D8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1. Kompetence k učení</w:t>
      </w:r>
    </w:p>
    <w:p w14:paraId="639AF5D9" w14:textId="77777777" w:rsidR="005056D3" w:rsidRPr="00AD3662" w:rsidRDefault="005056D3" w:rsidP="00A65840">
      <w:pPr>
        <w:pStyle w:val="Odstavecseseznamem"/>
        <w:numPr>
          <w:ilvl w:val="0"/>
          <w:numId w:val="10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Pozoruje, jak se cítí před a po cvičení, rozpoznává vliv pohybu na tělo i mysl.</w:t>
      </w:r>
    </w:p>
    <w:p w14:paraId="639AF5DA" w14:textId="77777777" w:rsidR="005056D3" w:rsidRPr="00AD3662" w:rsidRDefault="005056D3" w:rsidP="00A65840">
      <w:pPr>
        <w:pStyle w:val="Odstavecseseznamem"/>
        <w:numPr>
          <w:ilvl w:val="0"/>
          <w:numId w:val="10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Zkouší nové cviky a učí se z vlastní zkušenosti.</w:t>
      </w:r>
    </w:p>
    <w:p w14:paraId="639AF5DB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DC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2. Kompetence k řešení problémů a podnikavosti</w:t>
      </w:r>
    </w:p>
    <w:p w14:paraId="639AF5DD" w14:textId="77777777" w:rsidR="005056D3" w:rsidRPr="00AD3662" w:rsidRDefault="005056D3" w:rsidP="00A65840">
      <w:pPr>
        <w:pStyle w:val="Odstavecseseznamem"/>
        <w:numPr>
          <w:ilvl w:val="0"/>
          <w:numId w:val="10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Nachází způsoby, jak se zklidnit, když je unavené nebo rozrušené.</w:t>
      </w:r>
    </w:p>
    <w:p w14:paraId="639AF5DE" w14:textId="77777777" w:rsidR="005056D3" w:rsidRPr="00AD3662" w:rsidRDefault="005056D3" w:rsidP="00A65840">
      <w:pPr>
        <w:pStyle w:val="Odstavecseseznamem"/>
        <w:numPr>
          <w:ilvl w:val="0"/>
          <w:numId w:val="10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Reaguje na situace ohrožující zdraví (úraz, únava, přepětí).</w:t>
      </w:r>
    </w:p>
    <w:p w14:paraId="639AF5DF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E0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3. Kompetence komunikační</w:t>
      </w:r>
    </w:p>
    <w:p w14:paraId="639AF5E1" w14:textId="77777777" w:rsidR="005056D3" w:rsidRPr="00AD3662" w:rsidRDefault="005056D3" w:rsidP="00A65840">
      <w:pPr>
        <w:pStyle w:val="Odstavecseseznamem"/>
        <w:numPr>
          <w:ilvl w:val="0"/>
          <w:numId w:val="10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Pojmenovává části těla, své pocity a potřeby.</w:t>
      </w:r>
    </w:p>
    <w:p w14:paraId="639AF5E2" w14:textId="77777777" w:rsidR="005056D3" w:rsidRPr="00AD3662" w:rsidRDefault="005056D3" w:rsidP="00A65840">
      <w:pPr>
        <w:pStyle w:val="Odstavecseseznamem"/>
        <w:numPr>
          <w:ilvl w:val="0"/>
          <w:numId w:val="10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Vysvětluje, co mu pomáhá cítit se lépe.</w:t>
      </w:r>
    </w:p>
    <w:p w14:paraId="639AF5E3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E4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4. Kompetence občanské</w:t>
      </w:r>
    </w:p>
    <w:p w14:paraId="639AF5E5" w14:textId="77777777" w:rsidR="005056D3" w:rsidRPr="00AD3662" w:rsidRDefault="005056D3" w:rsidP="00A65840">
      <w:pPr>
        <w:pStyle w:val="Odstavecseseznamem"/>
        <w:numPr>
          <w:ilvl w:val="0"/>
          <w:numId w:val="11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Dodržuje pravidla bezpečnosti při pohybu.</w:t>
      </w:r>
    </w:p>
    <w:p w14:paraId="639AF5E6" w14:textId="77777777" w:rsidR="005056D3" w:rsidRPr="00AD3662" w:rsidRDefault="005056D3" w:rsidP="00A65840">
      <w:pPr>
        <w:pStyle w:val="Odstavecseseznamem"/>
        <w:numPr>
          <w:ilvl w:val="0"/>
          <w:numId w:val="11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Respektuje ostatní při společném cvičení nebo hře.</w:t>
      </w:r>
    </w:p>
    <w:p w14:paraId="6BA1A20F" w14:textId="77777777" w:rsidR="00B12CC3" w:rsidRDefault="00B12CC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1326EB4" w14:textId="77777777" w:rsidR="003D148B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3B2BFD0" w14:textId="77777777" w:rsidR="003D148B" w:rsidRPr="00CB72B4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E8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lastRenderedPageBreak/>
        <w:t>5. Kompetence personální a sociální</w:t>
      </w:r>
    </w:p>
    <w:p w14:paraId="639AF5E9" w14:textId="77777777" w:rsidR="005056D3" w:rsidRPr="00AD3662" w:rsidRDefault="005056D3" w:rsidP="00A65840">
      <w:pPr>
        <w:pStyle w:val="Odstavecseseznamem"/>
        <w:numPr>
          <w:ilvl w:val="0"/>
          <w:numId w:val="11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Spolupracuje při cvičení, dává pozor na druhé.</w:t>
      </w:r>
    </w:p>
    <w:p w14:paraId="639AF5EA" w14:textId="77777777" w:rsidR="005056D3" w:rsidRPr="00AD3662" w:rsidRDefault="005056D3" w:rsidP="00A65840">
      <w:pPr>
        <w:pStyle w:val="Odstavecseseznamem"/>
        <w:numPr>
          <w:ilvl w:val="0"/>
          <w:numId w:val="11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Respektuje své limity i limity druhých.</w:t>
      </w:r>
    </w:p>
    <w:p w14:paraId="639AF5EB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EC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6. Kompetence pracovní</w:t>
      </w:r>
    </w:p>
    <w:p w14:paraId="639AF5ED" w14:textId="77777777" w:rsidR="005056D3" w:rsidRPr="00AD3662" w:rsidRDefault="005056D3" w:rsidP="00A65840">
      <w:pPr>
        <w:pStyle w:val="Odstavecseseznamem"/>
        <w:numPr>
          <w:ilvl w:val="0"/>
          <w:numId w:val="11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Zvládá obléct se na cvičení, připravit pomůcky.</w:t>
      </w:r>
    </w:p>
    <w:p w14:paraId="639AF5F1" w14:textId="725165E3" w:rsidR="005056D3" w:rsidRDefault="005056D3" w:rsidP="00A65840">
      <w:pPr>
        <w:pStyle w:val="Odstavecseseznamem"/>
        <w:numPr>
          <w:ilvl w:val="0"/>
          <w:numId w:val="112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Pečuje o své zdraví – hygiena, pitný režim.</w:t>
      </w:r>
    </w:p>
    <w:p w14:paraId="33D571A3" w14:textId="77777777" w:rsidR="00B324C8" w:rsidRPr="003D148B" w:rsidRDefault="00B324C8" w:rsidP="00B324C8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F2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7. Kompetence digitální</w:t>
      </w:r>
    </w:p>
    <w:p w14:paraId="639AF5F3" w14:textId="77777777" w:rsidR="005056D3" w:rsidRPr="00AD3662" w:rsidRDefault="005056D3" w:rsidP="00A65840">
      <w:pPr>
        <w:pStyle w:val="Odstavecseseznamem"/>
        <w:numPr>
          <w:ilvl w:val="0"/>
          <w:numId w:val="11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Sleduje pohybové a relaxační video ukázky.</w:t>
      </w:r>
    </w:p>
    <w:p w14:paraId="639AF5F5" w14:textId="45BD7B90" w:rsidR="005056D3" w:rsidRDefault="005056D3" w:rsidP="00A65840">
      <w:pPr>
        <w:pStyle w:val="Odstavecseseznamem"/>
        <w:numPr>
          <w:ilvl w:val="0"/>
          <w:numId w:val="113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Učí se cviky pomocí interaktivní obrazovky.</w:t>
      </w:r>
    </w:p>
    <w:p w14:paraId="3A01ACFA" w14:textId="77777777" w:rsidR="005D50C8" w:rsidRPr="00A75520" w:rsidRDefault="005D50C8" w:rsidP="005D50C8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F6" w14:textId="77777777" w:rsidR="005056D3" w:rsidRPr="00AD366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i/>
          <w:color w:val="000000"/>
          <w:szCs w:val="24"/>
          <w:lang w:val="cs-CZ" w:eastAsia="cs-CZ"/>
        </w:rPr>
        <w:t>8. Kompetence kulturní</w:t>
      </w:r>
    </w:p>
    <w:p w14:paraId="639AF5F7" w14:textId="77777777" w:rsidR="005056D3" w:rsidRPr="00AD3662" w:rsidRDefault="005056D3" w:rsidP="00A65840">
      <w:pPr>
        <w:pStyle w:val="Odstavecseseznamem"/>
        <w:numPr>
          <w:ilvl w:val="0"/>
          <w:numId w:val="11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Projevuje se rytmicky, hudebně i výtvarně při pohybu.</w:t>
      </w:r>
    </w:p>
    <w:p w14:paraId="639AF5F8" w14:textId="77777777" w:rsidR="005056D3" w:rsidRPr="00AD3662" w:rsidRDefault="005056D3" w:rsidP="00A65840">
      <w:pPr>
        <w:pStyle w:val="Odstavecseseznamem"/>
        <w:numPr>
          <w:ilvl w:val="0"/>
          <w:numId w:val="114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Uvědomuje si krásu pohybu jako součást kultury a tradic.</w:t>
      </w:r>
    </w:p>
    <w:p w14:paraId="639AF5F9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53774258" w14:textId="77777777" w:rsidR="00467DEA" w:rsidRPr="00CB72B4" w:rsidRDefault="00467DEA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5FC" w14:textId="3788E141" w:rsidR="005056D3" w:rsidRPr="00415072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Očekávané výsledky učení (vybrané)</w:t>
      </w:r>
    </w:p>
    <w:p w14:paraId="639AF5FD" w14:textId="77777777" w:rsidR="005056D3" w:rsidRPr="00AD3662" w:rsidRDefault="005056D3" w:rsidP="00A65840">
      <w:pPr>
        <w:pStyle w:val="Odstavecseseznamem"/>
        <w:numPr>
          <w:ilvl w:val="0"/>
          <w:numId w:val="11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Zvládá základní pohybové dovednosti (běh, skok, přeskok).</w:t>
      </w:r>
    </w:p>
    <w:p w14:paraId="639AF5FE" w14:textId="77777777" w:rsidR="005056D3" w:rsidRPr="00AD3662" w:rsidRDefault="005056D3" w:rsidP="00A65840">
      <w:pPr>
        <w:pStyle w:val="Odstavecseseznamem"/>
        <w:numPr>
          <w:ilvl w:val="0"/>
          <w:numId w:val="11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Vnímá své tělo, dech a pocity.</w:t>
      </w:r>
    </w:p>
    <w:p w14:paraId="639AF5FF" w14:textId="77777777" w:rsidR="005056D3" w:rsidRPr="00AD3662" w:rsidRDefault="005056D3" w:rsidP="00A65840">
      <w:pPr>
        <w:pStyle w:val="Odstavecseseznamem"/>
        <w:numPr>
          <w:ilvl w:val="0"/>
          <w:numId w:val="11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Rozlišuje emoce a zvládá napětí.</w:t>
      </w:r>
    </w:p>
    <w:p w14:paraId="639AF600" w14:textId="77777777" w:rsidR="005056D3" w:rsidRPr="00AD3662" w:rsidRDefault="005056D3" w:rsidP="00A65840">
      <w:pPr>
        <w:pStyle w:val="Odstavecseseznamem"/>
        <w:numPr>
          <w:ilvl w:val="0"/>
          <w:numId w:val="11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Dodržuje základní hygienické a bezpečnostní návyky.</w:t>
      </w:r>
    </w:p>
    <w:p w14:paraId="639AF601" w14:textId="77777777" w:rsidR="005056D3" w:rsidRPr="00AD3662" w:rsidRDefault="005056D3" w:rsidP="00A65840">
      <w:pPr>
        <w:pStyle w:val="Odstavecseseznamem"/>
        <w:numPr>
          <w:ilvl w:val="0"/>
          <w:numId w:val="115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Spolupracuje při hrách a cvičeních s ostatními.</w:t>
      </w:r>
    </w:p>
    <w:p w14:paraId="639AF603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7D71929" w14:textId="77777777" w:rsidR="00CF318B" w:rsidRDefault="00CF31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59C16A57" w14:textId="77777777" w:rsidR="003D148B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29C7E4E0" w14:textId="77777777" w:rsidR="003D148B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58F516DD" w14:textId="77777777" w:rsidR="003D148B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54D1321F" w14:textId="77777777" w:rsidR="00415072" w:rsidRDefault="00415072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01A876A5" w14:textId="77777777" w:rsidR="003D148B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796CE06F" w14:textId="344062BF" w:rsidR="00CF318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lastRenderedPageBreak/>
        <w:t>Rozvoj gramotností</w:t>
      </w:r>
    </w:p>
    <w:p w14:paraId="4E37276A" w14:textId="77777777" w:rsidR="00564709" w:rsidRPr="005D50C8" w:rsidRDefault="00564709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</w:p>
    <w:p w14:paraId="639AF607" w14:textId="3F02B840" w:rsidR="005056D3" w:rsidRPr="00467DEA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Čtenářská gramotnost</w:t>
      </w:r>
    </w:p>
    <w:p w14:paraId="639AF609" w14:textId="31BF44F2" w:rsidR="005056D3" w:rsidRP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ED5997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60A" w14:textId="77777777" w:rsidR="005056D3" w:rsidRPr="00AD3662" w:rsidRDefault="005056D3" w:rsidP="00A65840">
      <w:pPr>
        <w:pStyle w:val="Odstavecseseznamem"/>
        <w:numPr>
          <w:ilvl w:val="0"/>
          <w:numId w:val="11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Poslech příběhů o emocích, zdraví a těle (např. „Jak se cítí želva“, „Příběh o srdci“)</w:t>
      </w:r>
    </w:p>
    <w:p w14:paraId="639AF60B" w14:textId="77777777" w:rsidR="005056D3" w:rsidRPr="00AD3662" w:rsidRDefault="005056D3" w:rsidP="00A65840">
      <w:pPr>
        <w:pStyle w:val="Odstavecseseznamem"/>
        <w:numPr>
          <w:ilvl w:val="0"/>
          <w:numId w:val="11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Tvoření obrázkových příběhů o zdravém dni</w:t>
      </w:r>
    </w:p>
    <w:p w14:paraId="639AF60C" w14:textId="77777777" w:rsidR="005056D3" w:rsidRPr="00AD3662" w:rsidRDefault="005056D3" w:rsidP="00A65840">
      <w:pPr>
        <w:pStyle w:val="Odstavecseseznamem"/>
        <w:numPr>
          <w:ilvl w:val="0"/>
          <w:numId w:val="11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Pojmenovávání částí těla, pocitů a situací</w:t>
      </w:r>
    </w:p>
    <w:p w14:paraId="639AF60D" w14:textId="77777777" w:rsidR="005056D3" w:rsidRPr="00AD3662" w:rsidRDefault="005056D3" w:rsidP="00A65840">
      <w:pPr>
        <w:pStyle w:val="Odstavecseseznamem"/>
        <w:numPr>
          <w:ilvl w:val="0"/>
          <w:numId w:val="116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Popis relaxačních technik vlastními slovy</w:t>
      </w:r>
    </w:p>
    <w:p w14:paraId="639AF60E" w14:textId="77777777" w:rsidR="005056D3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38C21153" w14:textId="77777777" w:rsidR="003D148B" w:rsidRPr="00CB72B4" w:rsidRDefault="003D14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610" w14:textId="7C78B008" w:rsidR="005056D3" w:rsidRP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Související OVU:</w:t>
      </w:r>
    </w:p>
    <w:p w14:paraId="639AF611" w14:textId="77777777" w:rsidR="005056D3" w:rsidRPr="00AD3662" w:rsidRDefault="005056D3" w:rsidP="00A65840">
      <w:pPr>
        <w:pStyle w:val="Odstavecseseznamem"/>
        <w:numPr>
          <w:ilvl w:val="0"/>
          <w:numId w:val="11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Rozumí slyšenému textu a vyjadřuje, co v něm bylo důležité.</w:t>
      </w:r>
    </w:p>
    <w:p w14:paraId="639AF612" w14:textId="77777777" w:rsidR="005056D3" w:rsidRPr="00AD3662" w:rsidRDefault="005056D3" w:rsidP="00A65840">
      <w:pPr>
        <w:pStyle w:val="Odstavecseseznamem"/>
        <w:numPr>
          <w:ilvl w:val="0"/>
          <w:numId w:val="11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Popisuje, co se děje v těle při různých činnostech.</w:t>
      </w:r>
    </w:p>
    <w:p w14:paraId="639AF613" w14:textId="77777777" w:rsidR="005056D3" w:rsidRPr="00AD3662" w:rsidRDefault="005056D3" w:rsidP="00A65840">
      <w:pPr>
        <w:pStyle w:val="Odstavecseseznamem"/>
        <w:numPr>
          <w:ilvl w:val="0"/>
          <w:numId w:val="117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Sdílí své prožitky slovně i obrazem.</w:t>
      </w:r>
    </w:p>
    <w:p w14:paraId="639AF614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616" w14:textId="3F66C63E" w:rsidR="005056D3" w:rsidRPr="00CC212C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Matematická gramotnost</w:t>
      </w:r>
    </w:p>
    <w:p w14:paraId="639AF618" w14:textId="62441054" w:rsidR="005056D3" w:rsidRPr="00ED5997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</w:pPr>
      <w:r w:rsidRPr="00ED5997">
        <w:rPr>
          <w:rFonts w:asciiTheme="majorHAnsi" w:eastAsia="Times New Roman" w:hAnsiTheme="majorHAnsi" w:cstheme="majorHAnsi"/>
          <w:b/>
          <w:bCs/>
          <w:color w:val="000000"/>
          <w:szCs w:val="24"/>
          <w:lang w:val="cs-CZ" w:eastAsia="cs-CZ"/>
        </w:rPr>
        <w:t>Činnosti:</w:t>
      </w:r>
    </w:p>
    <w:p w14:paraId="639AF619" w14:textId="77777777" w:rsidR="005056D3" w:rsidRPr="00AD3662" w:rsidRDefault="005056D3" w:rsidP="00A65840">
      <w:pPr>
        <w:pStyle w:val="Odstavecseseznamem"/>
        <w:numPr>
          <w:ilvl w:val="0"/>
          <w:numId w:val="11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Počítání opakování pohybů (např. 5 dřepů, 10 kroků)</w:t>
      </w:r>
    </w:p>
    <w:p w14:paraId="639AF61A" w14:textId="77777777" w:rsidR="005056D3" w:rsidRPr="00AD3662" w:rsidRDefault="005056D3" w:rsidP="00A65840">
      <w:pPr>
        <w:pStyle w:val="Odstavecseseznamem"/>
        <w:numPr>
          <w:ilvl w:val="0"/>
          <w:numId w:val="11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Porovnávání výdrže, síly, vzdáleností</w:t>
      </w:r>
    </w:p>
    <w:p w14:paraId="639AF61B" w14:textId="77777777" w:rsidR="005056D3" w:rsidRPr="00AD3662" w:rsidRDefault="005056D3" w:rsidP="00A65840">
      <w:pPr>
        <w:pStyle w:val="Odstavecseseznamem"/>
        <w:numPr>
          <w:ilvl w:val="0"/>
          <w:numId w:val="11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Zaznamenávání rytmu, tempa (např. s hudbou)</w:t>
      </w:r>
    </w:p>
    <w:p w14:paraId="415107F3" w14:textId="77777777" w:rsidR="00467DEA" w:rsidRDefault="005056D3" w:rsidP="00A65840">
      <w:pPr>
        <w:pStyle w:val="Odstavecseseznamem"/>
        <w:numPr>
          <w:ilvl w:val="0"/>
          <w:numId w:val="118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Orientace v prostoru při pohybových hrách</w:t>
      </w:r>
    </w:p>
    <w:p w14:paraId="51403F91" w14:textId="77777777" w:rsidR="00CF318B" w:rsidRDefault="00CF318B" w:rsidP="00CF31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61F" w14:textId="36EE44EB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467DEA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Související OVU:</w:t>
      </w:r>
    </w:p>
    <w:p w14:paraId="639AF620" w14:textId="77777777" w:rsidR="005056D3" w:rsidRPr="00AD3662" w:rsidRDefault="005056D3" w:rsidP="00A65840">
      <w:pPr>
        <w:pStyle w:val="Odstavecseseznamem"/>
        <w:numPr>
          <w:ilvl w:val="0"/>
          <w:numId w:val="11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Orientuje se v prostoru a reaguje na pohybové pokyny.</w:t>
      </w:r>
    </w:p>
    <w:p w14:paraId="639AF621" w14:textId="77777777" w:rsidR="005056D3" w:rsidRPr="00AD3662" w:rsidRDefault="005056D3" w:rsidP="00A65840">
      <w:pPr>
        <w:pStyle w:val="Odstavecseseznamem"/>
        <w:numPr>
          <w:ilvl w:val="0"/>
          <w:numId w:val="11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Počítá do pěti a pracuje s jednoduchým rytmem.</w:t>
      </w:r>
    </w:p>
    <w:p w14:paraId="122D09BE" w14:textId="28BA100E" w:rsidR="00CF318B" w:rsidRPr="00564709" w:rsidRDefault="005056D3" w:rsidP="00A65840">
      <w:pPr>
        <w:pStyle w:val="Odstavecseseznamem"/>
        <w:numPr>
          <w:ilvl w:val="0"/>
          <w:numId w:val="119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AD3662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Porovnává délku, výdrž, rychlost.</w:t>
      </w:r>
    </w:p>
    <w:p w14:paraId="560E3511" w14:textId="77777777" w:rsidR="00CF318B" w:rsidRPr="00CB72B4" w:rsidRDefault="00CF318B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625" w14:textId="4557F85B" w:rsidR="005056D3" w:rsidRPr="00CF318B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Nabídka činností</w:t>
      </w:r>
    </w:p>
    <w:p w14:paraId="639AF626" w14:textId="77777777" w:rsidR="005056D3" w:rsidRPr="000B5301" w:rsidRDefault="005056D3" w:rsidP="00A65840">
      <w:pPr>
        <w:pStyle w:val="Odstavecseseznamem"/>
        <w:numPr>
          <w:ilvl w:val="0"/>
          <w:numId w:val="12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Cvičení jógy – pozice zvířat, stromů, dechu</w:t>
      </w:r>
    </w:p>
    <w:p w14:paraId="639AF627" w14:textId="77777777" w:rsidR="005056D3" w:rsidRPr="000B5301" w:rsidRDefault="005056D3" w:rsidP="00A65840">
      <w:pPr>
        <w:pStyle w:val="Odstavecseseznamem"/>
        <w:numPr>
          <w:ilvl w:val="0"/>
          <w:numId w:val="12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Pohybové hry – překážkové dráhy, běhací a skákací aktivity</w:t>
      </w:r>
    </w:p>
    <w:p w14:paraId="639AF628" w14:textId="77777777" w:rsidR="005056D3" w:rsidRPr="000B5301" w:rsidRDefault="005056D3" w:rsidP="00A65840">
      <w:pPr>
        <w:pStyle w:val="Odstavecseseznamem"/>
        <w:numPr>
          <w:ilvl w:val="0"/>
          <w:numId w:val="12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lastRenderedPageBreak/>
        <w:t>Relaxační techniky – dýchání, řízená imaginace</w:t>
      </w:r>
    </w:p>
    <w:p w14:paraId="6E2831E0" w14:textId="77777777" w:rsidR="00564709" w:rsidRDefault="005056D3" w:rsidP="00564709">
      <w:pPr>
        <w:pStyle w:val="Odstavecseseznamem"/>
        <w:numPr>
          <w:ilvl w:val="0"/>
          <w:numId w:val="12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Masáže, automasáže, vědomý dotek</w:t>
      </w:r>
    </w:p>
    <w:p w14:paraId="639AF62A" w14:textId="75DB03A8" w:rsidR="005056D3" w:rsidRPr="00564709" w:rsidRDefault="005056D3" w:rsidP="00564709">
      <w:pPr>
        <w:pStyle w:val="Odstavecseseznamem"/>
        <w:numPr>
          <w:ilvl w:val="0"/>
          <w:numId w:val="12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564709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Poslech příběhů o těle a emocích</w:t>
      </w:r>
    </w:p>
    <w:p w14:paraId="639AF62B" w14:textId="77777777" w:rsidR="005056D3" w:rsidRPr="000B5301" w:rsidRDefault="005056D3" w:rsidP="00A65840">
      <w:pPr>
        <w:pStyle w:val="Odstavecseseznamem"/>
        <w:numPr>
          <w:ilvl w:val="0"/>
          <w:numId w:val="12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Výtvarné vyjádření emocí a pohybu</w:t>
      </w:r>
    </w:p>
    <w:p w14:paraId="639AF62C" w14:textId="77777777" w:rsidR="005056D3" w:rsidRPr="000B5301" w:rsidRDefault="005056D3" w:rsidP="00A65840">
      <w:pPr>
        <w:pStyle w:val="Odstavecseseznamem"/>
        <w:numPr>
          <w:ilvl w:val="0"/>
          <w:numId w:val="120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Hudebně-pohybové aktivity (tleskání, dupání, rytmus)</w:t>
      </w:r>
    </w:p>
    <w:p w14:paraId="639AF62E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62F" w14:textId="77777777" w:rsidR="005056D3" w:rsidRPr="000B5301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b/>
          <w:color w:val="000000"/>
          <w:szCs w:val="24"/>
          <w:lang w:val="cs-CZ" w:eastAsia="cs-CZ"/>
        </w:rPr>
        <w:t>Možnosti propojení</w:t>
      </w:r>
    </w:p>
    <w:p w14:paraId="639AF630" w14:textId="77777777" w:rsidR="005056D3" w:rsidRPr="00CB72B4" w:rsidRDefault="005056D3" w:rsidP="00A65840">
      <w:p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631" w14:textId="77777777" w:rsidR="005056D3" w:rsidRPr="000B5301" w:rsidRDefault="005056D3" w:rsidP="00A65840">
      <w:pPr>
        <w:pStyle w:val="Odstavecseseznamem"/>
        <w:numPr>
          <w:ilvl w:val="0"/>
          <w:numId w:val="12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Navazuje na blok „Kdo jsem já a kdo jsi Ty“ – sebereflexe, vnímání sebe</w:t>
      </w:r>
    </w:p>
    <w:p w14:paraId="639AF632" w14:textId="77777777" w:rsidR="005056D3" w:rsidRPr="000B5301" w:rsidRDefault="005056D3" w:rsidP="00A65840">
      <w:pPr>
        <w:pStyle w:val="Odstavecseseznamem"/>
        <w:numPr>
          <w:ilvl w:val="0"/>
          <w:numId w:val="12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Podporuje vztah k přírodě z bloku „Když naslouchám přírodě“ skrze pohyb venku</w:t>
      </w:r>
    </w:p>
    <w:p w14:paraId="639AF635" w14:textId="6493959D" w:rsidR="005056D3" w:rsidRDefault="005056D3" w:rsidP="00A65840">
      <w:pPr>
        <w:pStyle w:val="Odstavecseseznamem"/>
        <w:numPr>
          <w:ilvl w:val="0"/>
          <w:numId w:val="121"/>
        </w:numPr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  <w:r w:rsidRPr="000B5301"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  <w:t>Rozvíjí sociální vazby jako v bloku „Hra, která nás spojuje“</w:t>
      </w:r>
    </w:p>
    <w:p w14:paraId="7ECA8579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5DCA7E6F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D3F13E1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E2B3D5E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6CCC17A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7805942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5B73F613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3C76D238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75AE0EC6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2686CA9F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5F0A9BEC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3E625241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AB6251F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0029309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1ADA5517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603B313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3D925930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377B7FFF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0FAB96A6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40358027" w14:textId="77777777" w:rsidR="003D148B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188F4D25" w14:textId="77777777" w:rsidR="003D148B" w:rsidRPr="00A75520" w:rsidRDefault="003D148B" w:rsidP="003D148B">
      <w:pPr>
        <w:pStyle w:val="Odstavecseseznamem"/>
        <w:shd w:val="clear" w:color="auto" w:fill="FFFFFF"/>
        <w:spacing w:after="120"/>
        <w:rPr>
          <w:rFonts w:asciiTheme="majorHAnsi" w:eastAsia="Times New Roman" w:hAnsiTheme="majorHAnsi" w:cstheme="majorHAnsi"/>
          <w:color w:val="000000"/>
          <w:szCs w:val="24"/>
          <w:lang w:val="cs-CZ" w:eastAsia="cs-CZ"/>
        </w:rPr>
      </w:pPr>
    </w:p>
    <w:p w14:paraId="639AF637" w14:textId="77777777" w:rsidR="006E3717" w:rsidRDefault="005056D3" w:rsidP="00A65840">
      <w:pPr>
        <w:pStyle w:val="Nadpis1"/>
        <w:spacing w:before="0" w:after="120"/>
      </w:pPr>
      <w:r>
        <w:rPr>
          <w:rFonts w:ascii="Calibri" w:hAnsi="Calibri"/>
          <w:sz w:val="24"/>
        </w:rPr>
        <w:lastRenderedPageBreak/>
        <w:t xml:space="preserve">7. </w:t>
      </w:r>
      <w:proofErr w:type="spellStart"/>
      <w:r>
        <w:rPr>
          <w:rFonts w:ascii="Calibri" w:hAnsi="Calibri"/>
          <w:sz w:val="24"/>
        </w:rPr>
        <w:t>Plán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autoevaluace</w:t>
      </w:r>
      <w:proofErr w:type="spellEnd"/>
    </w:p>
    <w:p w14:paraId="639AF638" w14:textId="77777777" w:rsidR="005056D3" w:rsidRDefault="005056D3" w:rsidP="00A65840">
      <w:pPr>
        <w:pStyle w:val="Normlnweb"/>
        <w:spacing w:before="0" w:after="120" w:line="276" w:lineRule="auto"/>
      </w:pPr>
      <w:r>
        <w:rPr>
          <w:rFonts w:ascii="Calibri" w:hAnsi="Calibri"/>
        </w:rPr>
        <w:t xml:space="preserve">Evaluace a autoevaluace je nedílnou součástí vzdělávacího procesu v MŠ Kostička </w:t>
      </w:r>
      <w:proofErr w:type="spellStart"/>
      <w:r>
        <w:rPr>
          <w:rFonts w:ascii="Calibri" w:hAnsi="Calibri"/>
        </w:rPr>
        <w:t>Kokonín</w:t>
      </w:r>
      <w:proofErr w:type="spellEnd"/>
      <w:r>
        <w:rPr>
          <w:rFonts w:ascii="Calibri" w:hAnsi="Calibri"/>
        </w:rPr>
        <w:t>. Jejím cílem je průběžně sledovat kvalitu vzdělávání, naplňování cílů ŠVP i individuální pokroky dětí a výsledky využívat k dalšímu plánování.</w:t>
      </w:r>
    </w:p>
    <w:p w14:paraId="639AF639" w14:textId="77777777" w:rsidR="005056D3" w:rsidRDefault="005056D3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7.1 </w:t>
      </w:r>
      <w:proofErr w:type="spellStart"/>
      <w:r>
        <w:rPr>
          <w:rFonts w:ascii="Calibri" w:hAnsi="Calibri"/>
          <w:sz w:val="24"/>
        </w:rPr>
        <w:t>Nástroje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evaluace</w:t>
      </w:r>
      <w:proofErr w:type="spellEnd"/>
    </w:p>
    <w:p w14:paraId="639AF63A" w14:textId="77777777" w:rsidR="005056D3" w:rsidRDefault="005056D3" w:rsidP="00A65840">
      <w:pPr>
        <w:pStyle w:val="Normlnweb"/>
        <w:numPr>
          <w:ilvl w:val="0"/>
          <w:numId w:val="22"/>
        </w:numPr>
        <w:spacing w:before="0" w:after="120" w:line="276" w:lineRule="auto"/>
      </w:pPr>
      <w:r>
        <w:rPr>
          <w:rStyle w:val="Siln"/>
          <w:rFonts w:ascii="Calibri" w:hAnsi="Calibri"/>
        </w:rPr>
        <w:t>Evaluační deník / hodnoticí arch</w:t>
      </w:r>
      <w:r>
        <w:rPr>
          <w:rFonts w:ascii="Calibri" w:hAnsi="Calibri"/>
        </w:rPr>
        <w:t xml:space="preserve"> – slouží k systematickému zaznamenávání naplnění záměrů pedagoga a očekávaných výsledků učení, k hodnocení rozvoje klíčových kompetencí, gramotností a podpory dětí s OMJ a dětí v inkluzi.</w:t>
      </w:r>
    </w:p>
    <w:p w14:paraId="639AF63B" w14:textId="77777777" w:rsidR="005056D3" w:rsidRDefault="005056D3" w:rsidP="00A65840">
      <w:pPr>
        <w:pStyle w:val="Normlnweb"/>
        <w:numPr>
          <w:ilvl w:val="0"/>
          <w:numId w:val="22"/>
        </w:numPr>
        <w:spacing w:before="0" w:after="120" w:line="276" w:lineRule="auto"/>
      </w:pPr>
      <w:r>
        <w:rPr>
          <w:rStyle w:val="Siln"/>
          <w:rFonts w:ascii="Calibri" w:hAnsi="Calibri"/>
        </w:rPr>
        <w:t>Pozorování a záznamy</w:t>
      </w:r>
      <w:r>
        <w:rPr>
          <w:rFonts w:ascii="Calibri" w:hAnsi="Calibri"/>
        </w:rPr>
        <w:t xml:space="preserve"> – průběžná pedagogická diagnostika jednotlivých dětí.</w:t>
      </w:r>
    </w:p>
    <w:p w14:paraId="639AF63C" w14:textId="77777777" w:rsidR="005056D3" w:rsidRDefault="005056D3" w:rsidP="00A65840">
      <w:pPr>
        <w:pStyle w:val="Normlnweb"/>
        <w:numPr>
          <w:ilvl w:val="0"/>
          <w:numId w:val="22"/>
        </w:numPr>
        <w:spacing w:before="0" w:after="120" w:line="276" w:lineRule="auto"/>
      </w:pPr>
      <w:r>
        <w:rPr>
          <w:rStyle w:val="Siln"/>
          <w:rFonts w:ascii="Calibri" w:hAnsi="Calibri"/>
        </w:rPr>
        <w:t>Reflexe a společné hodnocení</w:t>
      </w:r>
      <w:r>
        <w:rPr>
          <w:rFonts w:ascii="Calibri" w:hAnsi="Calibri"/>
        </w:rPr>
        <w:t xml:space="preserve"> – pravidelné schůzky pedagogického týmu, vzájemné hospitace, sdílení zkušeností.</w:t>
      </w:r>
    </w:p>
    <w:p w14:paraId="639AF63D" w14:textId="77777777" w:rsidR="005056D3" w:rsidRDefault="005056D3" w:rsidP="00A65840">
      <w:pPr>
        <w:pStyle w:val="Normlnweb"/>
        <w:numPr>
          <w:ilvl w:val="0"/>
          <w:numId w:val="22"/>
        </w:numPr>
        <w:spacing w:before="0" w:after="120" w:line="276" w:lineRule="auto"/>
      </w:pPr>
      <w:r>
        <w:rPr>
          <w:rStyle w:val="Siln"/>
          <w:rFonts w:ascii="Calibri" w:hAnsi="Calibri"/>
        </w:rPr>
        <w:t>Spolupráce s rodiči</w:t>
      </w:r>
      <w:r>
        <w:rPr>
          <w:rFonts w:ascii="Calibri" w:hAnsi="Calibri"/>
        </w:rPr>
        <w:t xml:space="preserve"> – konzultace a zpětná vazba rodičů k průběhu vzdělávání.</w:t>
      </w:r>
    </w:p>
    <w:p w14:paraId="639AF63E" w14:textId="77777777" w:rsidR="005056D3" w:rsidRDefault="005056D3" w:rsidP="00A65840">
      <w:pPr>
        <w:pStyle w:val="Normlnweb"/>
        <w:numPr>
          <w:ilvl w:val="0"/>
          <w:numId w:val="22"/>
        </w:numPr>
        <w:spacing w:before="0" w:after="120" w:line="276" w:lineRule="auto"/>
      </w:pPr>
      <w:r>
        <w:rPr>
          <w:rStyle w:val="Siln"/>
          <w:rFonts w:ascii="Calibri" w:hAnsi="Calibri"/>
        </w:rPr>
        <w:t>Spolupráce s odborníky</w:t>
      </w:r>
      <w:r>
        <w:rPr>
          <w:rFonts w:ascii="Calibri" w:hAnsi="Calibri"/>
        </w:rPr>
        <w:t xml:space="preserve"> – podněty od PPP, SPC, logopedů či speciálních pedagogů.</w:t>
      </w:r>
    </w:p>
    <w:p w14:paraId="639AF63F" w14:textId="77777777" w:rsidR="005056D3" w:rsidRDefault="005056D3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7.2 </w:t>
      </w:r>
      <w:proofErr w:type="spellStart"/>
      <w:r>
        <w:rPr>
          <w:rFonts w:ascii="Calibri" w:hAnsi="Calibri"/>
          <w:sz w:val="24"/>
        </w:rPr>
        <w:t>Oblasti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evaluace</w:t>
      </w:r>
      <w:proofErr w:type="spellEnd"/>
    </w:p>
    <w:p w14:paraId="639AF640" w14:textId="77777777" w:rsidR="005056D3" w:rsidRDefault="005056D3" w:rsidP="00A65840">
      <w:pPr>
        <w:pStyle w:val="Normlnweb"/>
        <w:numPr>
          <w:ilvl w:val="0"/>
          <w:numId w:val="23"/>
        </w:numPr>
        <w:spacing w:before="0" w:after="120" w:line="276" w:lineRule="auto"/>
      </w:pPr>
      <w:r>
        <w:rPr>
          <w:rStyle w:val="Siln"/>
          <w:rFonts w:ascii="Calibri" w:hAnsi="Calibri"/>
        </w:rPr>
        <w:t>Plnění cílů ŠVP a integrovaných bloků.</w:t>
      </w:r>
    </w:p>
    <w:p w14:paraId="639AF641" w14:textId="77777777" w:rsidR="005056D3" w:rsidRDefault="005056D3" w:rsidP="00A65840">
      <w:pPr>
        <w:pStyle w:val="Normlnweb"/>
        <w:numPr>
          <w:ilvl w:val="0"/>
          <w:numId w:val="23"/>
        </w:numPr>
        <w:spacing w:before="0" w:after="120" w:line="276" w:lineRule="auto"/>
      </w:pPr>
      <w:r>
        <w:rPr>
          <w:rStyle w:val="Siln"/>
          <w:rFonts w:ascii="Calibri" w:hAnsi="Calibri"/>
        </w:rPr>
        <w:t>Rozvoj klíčových kompetencí a gramotností.</w:t>
      </w:r>
    </w:p>
    <w:p w14:paraId="639AF642" w14:textId="77777777" w:rsidR="005056D3" w:rsidRDefault="005056D3" w:rsidP="00A65840">
      <w:pPr>
        <w:pStyle w:val="Normlnweb"/>
        <w:numPr>
          <w:ilvl w:val="0"/>
          <w:numId w:val="23"/>
        </w:numPr>
        <w:spacing w:before="0" w:after="120" w:line="276" w:lineRule="auto"/>
      </w:pPr>
      <w:r>
        <w:rPr>
          <w:rStyle w:val="Siln"/>
          <w:rFonts w:ascii="Calibri" w:hAnsi="Calibri"/>
        </w:rPr>
        <w:t>Podmínky vzdělávání</w:t>
      </w:r>
      <w:r>
        <w:rPr>
          <w:rFonts w:ascii="Calibri" w:hAnsi="Calibri"/>
        </w:rPr>
        <w:t xml:space="preserve"> (prostředí, organizace, klima).</w:t>
      </w:r>
    </w:p>
    <w:p w14:paraId="639AF643" w14:textId="77777777" w:rsidR="005056D3" w:rsidRDefault="005056D3" w:rsidP="00A65840">
      <w:pPr>
        <w:pStyle w:val="Normlnweb"/>
        <w:numPr>
          <w:ilvl w:val="0"/>
          <w:numId w:val="23"/>
        </w:numPr>
        <w:spacing w:before="0" w:after="120" w:line="276" w:lineRule="auto"/>
      </w:pPr>
      <w:r>
        <w:rPr>
          <w:rStyle w:val="Siln"/>
          <w:rFonts w:ascii="Calibri" w:hAnsi="Calibri"/>
        </w:rPr>
        <w:t>Metody a formy práce pedagogů.</w:t>
      </w:r>
    </w:p>
    <w:p w14:paraId="639AF644" w14:textId="77777777" w:rsidR="005056D3" w:rsidRDefault="005056D3" w:rsidP="00A65840">
      <w:pPr>
        <w:pStyle w:val="Normlnweb"/>
        <w:numPr>
          <w:ilvl w:val="0"/>
          <w:numId w:val="23"/>
        </w:numPr>
        <w:spacing w:before="0" w:after="120" w:line="276" w:lineRule="auto"/>
      </w:pPr>
      <w:r>
        <w:rPr>
          <w:rStyle w:val="Siln"/>
          <w:rFonts w:ascii="Calibri" w:hAnsi="Calibri"/>
        </w:rPr>
        <w:t>Podpora dětí s OMJ a dětí se speciálními vzdělávacími potřebami.</w:t>
      </w:r>
    </w:p>
    <w:p w14:paraId="639AF645" w14:textId="77777777" w:rsidR="005056D3" w:rsidRDefault="005056D3" w:rsidP="00A65840">
      <w:pPr>
        <w:pStyle w:val="Normlnweb"/>
        <w:numPr>
          <w:ilvl w:val="0"/>
          <w:numId w:val="23"/>
        </w:numPr>
        <w:spacing w:before="0" w:after="120" w:line="276" w:lineRule="auto"/>
      </w:pPr>
      <w:r>
        <w:rPr>
          <w:rStyle w:val="Siln"/>
          <w:rFonts w:ascii="Calibri" w:hAnsi="Calibri"/>
        </w:rPr>
        <w:t>Spolupráce školy s rodinou a komunitou.</w:t>
      </w:r>
    </w:p>
    <w:p w14:paraId="639AF646" w14:textId="77777777" w:rsidR="005056D3" w:rsidRDefault="005056D3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7.3 </w:t>
      </w:r>
      <w:proofErr w:type="spellStart"/>
      <w:r>
        <w:rPr>
          <w:rFonts w:ascii="Calibri" w:hAnsi="Calibri"/>
          <w:sz w:val="24"/>
        </w:rPr>
        <w:t>Způsob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vyhodnocování</w:t>
      </w:r>
      <w:proofErr w:type="spellEnd"/>
    </w:p>
    <w:p w14:paraId="639AF647" w14:textId="77777777" w:rsidR="005056D3" w:rsidRDefault="005056D3" w:rsidP="00A65840">
      <w:pPr>
        <w:pStyle w:val="Normlnweb"/>
        <w:numPr>
          <w:ilvl w:val="0"/>
          <w:numId w:val="24"/>
        </w:numPr>
        <w:spacing w:before="0" w:after="120" w:line="276" w:lineRule="auto"/>
      </w:pPr>
      <w:r>
        <w:rPr>
          <w:rFonts w:ascii="Calibri" w:hAnsi="Calibri"/>
        </w:rPr>
        <w:t xml:space="preserve">Hodnocení probíhá </w:t>
      </w:r>
      <w:r>
        <w:rPr>
          <w:rStyle w:val="Siln"/>
          <w:rFonts w:ascii="Calibri" w:hAnsi="Calibri"/>
        </w:rPr>
        <w:t>průběžně v průběhu školního roku</w:t>
      </w:r>
      <w:r>
        <w:rPr>
          <w:rFonts w:ascii="Calibri" w:hAnsi="Calibri"/>
        </w:rPr>
        <w:t xml:space="preserve"> a </w:t>
      </w:r>
      <w:r>
        <w:rPr>
          <w:rStyle w:val="Siln"/>
          <w:rFonts w:ascii="Calibri" w:hAnsi="Calibri"/>
        </w:rPr>
        <w:t>souhrnně na jeho konci</w:t>
      </w:r>
      <w:r>
        <w:rPr>
          <w:rFonts w:ascii="Calibri" w:hAnsi="Calibri"/>
        </w:rPr>
        <w:t>.</w:t>
      </w:r>
    </w:p>
    <w:p w14:paraId="639AF648" w14:textId="77777777" w:rsidR="005056D3" w:rsidRDefault="005056D3" w:rsidP="00A65840">
      <w:pPr>
        <w:pStyle w:val="Normlnweb"/>
        <w:numPr>
          <w:ilvl w:val="0"/>
          <w:numId w:val="24"/>
        </w:numPr>
        <w:spacing w:before="0" w:after="120" w:line="276" w:lineRule="auto"/>
      </w:pPr>
      <w:r>
        <w:rPr>
          <w:rFonts w:ascii="Calibri" w:hAnsi="Calibri"/>
        </w:rPr>
        <w:t xml:space="preserve">Každý tematický celek je po ukončení vyhodnocen pomocí </w:t>
      </w:r>
      <w:r>
        <w:rPr>
          <w:rStyle w:val="Siln"/>
          <w:rFonts w:ascii="Calibri" w:hAnsi="Calibri"/>
        </w:rPr>
        <w:t>hodnoticího archu</w:t>
      </w:r>
      <w:r>
        <w:rPr>
          <w:rFonts w:ascii="Calibri" w:hAnsi="Calibri"/>
        </w:rPr>
        <w:t>, který slouží jako zpětná vazba pro plánování navazujících témat.</w:t>
      </w:r>
    </w:p>
    <w:p w14:paraId="639AF649" w14:textId="77777777" w:rsidR="005056D3" w:rsidRDefault="005056D3" w:rsidP="00A65840">
      <w:pPr>
        <w:pStyle w:val="Normlnweb"/>
        <w:numPr>
          <w:ilvl w:val="0"/>
          <w:numId w:val="24"/>
        </w:numPr>
        <w:spacing w:before="0" w:after="120" w:line="276" w:lineRule="auto"/>
      </w:pPr>
      <w:r>
        <w:rPr>
          <w:rFonts w:ascii="Calibri" w:hAnsi="Calibri"/>
        </w:rPr>
        <w:t>Výsledky evaluace se využívají k úpravám třídních vzdělávacích plánů (TVP) i celého ŠVP.</w:t>
      </w:r>
    </w:p>
    <w:p w14:paraId="639AF64B" w14:textId="5F4987C7" w:rsidR="006E3717" w:rsidRDefault="005056D3" w:rsidP="00A65840">
      <w:pPr>
        <w:pStyle w:val="Normlnweb"/>
        <w:numPr>
          <w:ilvl w:val="0"/>
          <w:numId w:val="24"/>
        </w:numPr>
        <w:spacing w:before="0" w:after="120" w:line="276" w:lineRule="auto"/>
      </w:pPr>
      <w:r>
        <w:rPr>
          <w:rFonts w:ascii="Calibri" w:hAnsi="Calibri"/>
        </w:rPr>
        <w:t>Ředitelka školy pravidelně vyhodnocuje naplňování ŠVP a předkládá souhrnnou zprávu pedagogickému sboru a zřizovateli.</w:t>
      </w:r>
    </w:p>
    <w:p w14:paraId="639AF64C" w14:textId="77777777" w:rsidR="005056D3" w:rsidRDefault="005056D3" w:rsidP="00A65840">
      <w:pPr>
        <w:pStyle w:val="Nadpis1"/>
        <w:spacing w:before="0" w:after="120"/>
      </w:pPr>
      <w:r>
        <w:rPr>
          <w:rFonts w:ascii="Calibri" w:hAnsi="Calibri"/>
          <w:sz w:val="24"/>
        </w:rPr>
        <w:lastRenderedPageBreak/>
        <w:t xml:space="preserve">8. </w:t>
      </w:r>
      <w:proofErr w:type="spellStart"/>
      <w:r>
        <w:rPr>
          <w:rFonts w:ascii="Calibri" w:hAnsi="Calibri"/>
          <w:sz w:val="24"/>
        </w:rPr>
        <w:t>Zásady</w:t>
      </w:r>
      <w:proofErr w:type="spellEnd"/>
      <w:r>
        <w:rPr>
          <w:rFonts w:ascii="Calibri" w:hAnsi="Calibri"/>
          <w:sz w:val="24"/>
        </w:rPr>
        <w:t xml:space="preserve"> pro </w:t>
      </w:r>
      <w:proofErr w:type="spellStart"/>
      <w:r>
        <w:rPr>
          <w:rFonts w:ascii="Calibri" w:hAnsi="Calibri"/>
          <w:sz w:val="24"/>
        </w:rPr>
        <w:t>úpravy</w:t>
      </w:r>
      <w:proofErr w:type="spellEnd"/>
      <w:r>
        <w:rPr>
          <w:rFonts w:ascii="Calibri" w:hAnsi="Calibri"/>
          <w:sz w:val="24"/>
        </w:rPr>
        <w:t xml:space="preserve"> ŠVP</w:t>
      </w:r>
    </w:p>
    <w:p w14:paraId="639AF64D" w14:textId="77777777" w:rsidR="005056D3" w:rsidRDefault="005056D3" w:rsidP="00A65840">
      <w:pPr>
        <w:pStyle w:val="Normlnweb"/>
        <w:spacing w:before="0" w:after="120" w:line="276" w:lineRule="auto"/>
      </w:pPr>
      <w:r>
        <w:rPr>
          <w:rFonts w:ascii="Calibri" w:hAnsi="Calibri"/>
        </w:rPr>
        <w:t xml:space="preserve">Školní vzdělávací program je </w:t>
      </w:r>
      <w:r>
        <w:rPr>
          <w:rStyle w:val="Siln"/>
          <w:rFonts w:ascii="Calibri" w:hAnsi="Calibri"/>
        </w:rPr>
        <w:t>živý dokument</w:t>
      </w:r>
      <w:r>
        <w:rPr>
          <w:rFonts w:ascii="Calibri" w:hAnsi="Calibri"/>
        </w:rPr>
        <w:t>, který se průběžně vyvíjí a přizpůsobuje potřebám dětí, pedagogů i společnosti. Jeho úpravy vycházejí z výsledků evaluace, změn v legislativě a aktuálních podmínek školy.</w:t>
      </w:r>
    </w:p>
    <w:p w14:paraId="639AF64E" w14:textId="77777777" w:rsidR="005056D3" w:rsidRDefault="005056D3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8.1 </w:t>
      </w:r>
      <w:proofErr w:type="spellStart"/>
      <w:r>
        <w:rPr>
          <w:rFonts w:ascii="Calibri" w:hAnsi="Calibri"/>
          <w:sz w:val="24"/>
        </w:rPr>
        <w:t>Důvody</w:t>
      </w:r>
      <w:proofErr w:type="spellEnd"/>
      <w:r>
        <w:rPr>
          <w:rFonts w:ascii="Calibri" w:hAnsi="Calibri"/>
          <w:sz w:val="24"/>
        </w:rPr>
        <w:t xml:space="preserve"> pro </w:t>
      </w:r>
      <w:proofErr w:type="spellStart"/>
      <w:r>
        <w:rPr>
          <w:rFonts w:ascii="Calibri" w:hAnsi="Calibri"/>
          <w:sz w:val="24"/>
        </w:rPr>
        <w:t>úpravy</w:t>
      </w:r>
      <w:proofErr w:type="spellEnd"/>
    </w:p>
    <w:p w14:paraId="639AF64F" w14:textId="77777777" w:rsidR="005056D3" w:rsidRDefault="005056D3" w:rsidP="00A65840">
      <w:pPr>
        <w:pStyle w:val="Normlnweb"/>
        <w:numPr>
          <w:ilvl w:val="0"/>
          <w:numId w:val="25"/>
        </w:numPr>
        <w:spacing w:before="0" w:after="120" w:line="276" w:lineRule="auto"/>
      </w:pPr>
      <w:r>
        <w:rPr>
          <w:rFonts w:ascii="Calibri" w:hAnsi="Calibri"/>
        </w:rPr>
        <w:t xml:space="preserve">změna </w:t>
      </w:r>
      <w:r>
        <w:rPr>
          <w:rStyle w:val="Siln"/>
          <w:rFonts w:ascii="Calibri" w:hAnsi="Calibri"/>
        </w:rPr>
        <w:t>RVP PV</w:t>
      </w:r>
      <w:r>
        <w:rPr>
          <w:rFonts w:ascii="Calibri" w:hAnsi="Calibri"/>
        </w:rPr>
        <w:t xml:space="preserve"> nebo jiných závazných dokumentů,</w:t>
      </w:r>
    </w:p>
    <w:p w14:paraId="639AF650" w14:textId="77777777" w:rsidR="005056D3" w:rsidRDefault="005056D3" w:rsidP="00A65840">
      <w:pPr>
        <w:pStyle w:val="Normlnweb"/>
        <w:numPr>
          <w:ilvl w:val="0"/>
          <w:numId w:val="25"/>
        </w:numPr>
        <w:spacing w:before="0" w:after="120" w:line="276" w:lineRule="auto"/>
      </w:pPr>
      <w:r>
        <w:rPr>
          <w:rFonts w:ascii="Calibri" w:hAnsi="Calibri"/>
        </w:rPr>
        <w:t xml:space="preserve">výsledky </w:t>
      </w:r>
      <w:r>
        <w:rPr>
          <w:rStyle w:val="Siln"/>
          <w:rFonts w:ascii="Calibri" w:hAnsi="Calibri"/>
        </w:rPr>
        <w:t>evaluace a autoevaluace školy</w:t>
      </w:r>
      <w:r>
        <w:rPr>
          <w:rFonts w:ascii="Calibri" w:hAnsi="Calibri"/>
        </w:rPr>
        <w:t>,</w:t>
      </w:r>
    </w:p>
    <w:p w14:paraId="639AF651" w14:textId="77777777" w:rsidR="005056D3" w:rsidRDefault="005056D3" w:rsidP="00A65840">
      <w:pPr>
        <w:pStyle w:val="Normlnweb"/>
        <w:numPr>
          <w:ilvl w:val="0"/>
          <w:numId w:val="25"/>
        </w:numPr>
        <w:spacing w:before="0" w:after="120" w:line="276" w:lineRule="auto"/>
      </w:pPr>
      <w:r>
        <w:rPr>
          <w:rFonts w:ascii="Calibri" w:hAnsi="Calibri"/>
        </w:rPr>
        <w:t>nové potřeby a zájmy dětí, rodičů či pedagogů,</w:t>
      </w:r>
    </w:p>
    <w:p w14:paraId="639AF652" w14:textId="77777777" w:rsidR="005056D3" w:rsidRDefault="005056D3" w:rsidP="00A65840">
      <w:pPr>
        <w:pStyle w:val="Normlnweb"/>
        <w:numPr>
          <w:ilvl w:val="0"/>
          <w:numId w:val="25"/>
        </w:numPr>
        <w:spacing w:before="0" w:after="120" w:line="276" w:lineRule="auto"/>
      </w:pPr>
      <w:r>
        <w:rPr>
          <w:rFonts w:ascii="Calibri" w:hAnsi="Calibri"/>
        </w:rPr>
        <w:t>zkušenosti z praxe, inovace ve vzdělávání, nové metody,</w:t>
      </w:r>
    </w:p>
    <w:p w14:paraId="639AF653" w14:textId="77777777" w:rsidR="005056D3" w:rsidRDefault="005056D3" w:rsidP="00A65840">
      <w:pPr>
        <w:pStyle w:val="Normlnweb"/>
        <w:numPr>
          <w:ilvl w:val="0"/>
          <w:numId w:val="25"/>
        </w:numPr>
        <w:spacing w:before="0" w:after="120" w:line="276" w:lineRule="auto"/>
      </w:pPr>
      <w:r>
        <w:rPr>
          <w:rFonts w:ascii="Calibri" w:hAnsi="Calibri"/>
        </w:rPr>
        <w:t>změna podmínek školy (personální, materiální, organizační).</w:t>
      </w:r>
    </w:p>
    <w:p w14:paraId="639AF654" w14:textId="77777777" w:rsidR="005056D3" w:rsidRDefault="005056D3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8.2 </w:t>
      </w:r>
      <w:proofErr w:type="spellStart"/>
      <w:r>
        <w:rPr>
          <w:rFonts w:ascii="Calibri" w:hAnsi="Calibri"/>
          <w:sz w:val="24"/>
        </w:rPr>
        <w:t>Postup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při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úpravách</w:t>
      </w:r>
      <w:proofErr w:type="spellEnd"/>
    </w:p>
    <w:p w14:paraId="639AF655" w14:textId="77777777" w:rsidR="005056D3" w:rsidRDefault="005056D3" w:rsidP="00A65840">
      <w:pPr>
        <w:pStyle w:val="Normlnweb"/>
        <w:numPr>
          <w:ilvl w:val="0"/>
          <w:numId w:val="26"/>
        </w:numPr>
        <w:spacing w:before="0" w:after="120" w:line="276" w:lineRule="auto"/>
      </w:pPr>
      <w:r>
        <w:rPr>
          <w:rFonts w:ascii="Calibri" w:hAnsi="Calibri"/>
        </w:rPr>
        <w:t>Návrh na úpravu ŠVP může podat každý pedagogický pracovník.</w:t>
      </w:r>
    </w:p>
    <w:p w14:paraId="639AF656" w14:textId="77777777" w:rsidR="005056D3" w:rsidRDefault="005056D3" w:rsidP="00A65840">
      <w:pPr>
        <w:pStyle w:val="Normlnweb"/>
        <w:numPr>
          <w:ilvl w:val="0"/>
          <w:numId w:val="26"/>
        </w:numPr>
        <w:spacing w:before="0" w:after="120" w:line="276" w:lineRule="auto"/>
      </w:pPr>
      <w:r>
        <w:rPr>
          <w:rFonts w:ascii="Calibri" w:hAnsi="Calibri"/>
        </w:rPr>
        <w:t>Návrhy se projednávají na pedagogické radě.</w:t>
      </w:r>
    </w:p>
    <w:p w14:paraId="639AF657" w14:textId="77777777" w:rsidR="005056D3" w:rsidRDefault="005056D3" w:rsidP="00A65840">
      <w:pPr>
        <w:pStyle w:val="Normlnweb"/>
        <w:numPr>
          <w:ilvl w:val="0"/>
          <w:numId w:val="26"/>
        </w:numPr>
        <w:spacing w:before="0" w:after="120" w:line="276" w:lineRule="auto"/>
      </w:pPr>
      <w:r>
        <w:rPr>
          <w:rFonts w:ascii="Calibri" w:hAnsi="Calibri"/>
        </w:rPr>
        <w:t>O schválení úprav rozhoduje ředitelka školy.</w:t>
      </w:r>
    </w:p>
    <w:p w14:paraId="639AF658" w14:textId="77777777" w:rsidR="005056D3" w:rsidRDefault="005056D3" w:rsidP="00A65840">
      <w:pPr>
        <w:pStyle w:val="Normlnweb"/>
        <w:numPr>
          <w:ilvl w:val="0"/>
          <w:numId w:val="26"/>
        </w:numPr>
        <w:spacing w:before="0" w:after="120" w:line="276" w:lineRule="auto"/>
      </w:pPr>
      <w:r>
        <w:rPr>
          <w:rFonts w:ascii="Calibri" w:hAnsi="Calibri"/>
        </w:rPr>
        <w:t>Změny se zapracovávají písemně do dokumentu a jsou datovány.</w:t>
      </w:r>
    </w:p>
    <w:p w14:paraId="639AF659" w14:textId="77777777" w:rsidR="005056D3" w:rsidRDefault="005056D3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8.3 </w:t>
      </w:r>
      <w:proofErr w:type="spellStart"/>
      <w:r>
        <w:rPr>
          <w:rFonts w:ascii="Calibri" w:hAnsi="Calibri"/>
          <w:sz w:val="24"/>
        </w:rPr>
        <w:t>Četnost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revizí</w:t>
      </w:r>
      <w:proofErr w:type="spellEnd"/>
    </w:p>
    <w:p w14:paraId="639AF65A" w14:textId="77777777" w:rsidR="005056D3" w:rsidRDefault="005056D3" w:rsidP="00A65840">
      <w:pPr>
        <w:pStyle w:val="Normlnweb"/>
        <w:numPr>
          <w:ilvl w:val="0"/>
          <w:numId w:val="27"/>
        </w:numPr>
        <w:spacing w:before="0" w:after="120" w:line="276" w:lineRule="auto"/>
      </w:pPr>
      <w:r>
        <w:rPr>
          <w:rStyle w:val="Siln"/>
          <w:rFonts w:ascii="Calibri" w:hAnsi="Calibri"/>
        </w:rPr>
        <w:t>Průběžné úpravy</w:t>
      </w:r>
      <w:r>
        <w:rPr>
          <w:rFonts w:ascii="Calibri" w:hAnsi="Calibri"/>
        </w:rPr>
        <w:t xml:space="preserve"> – dle potřeby, po vyhodnocení integrovaných bloků a třídních plánů.</w:t>
      </w:r>
    </w:p>
    <w:p w14:paraId="639AF65B" w14:textId="77777777" w:rsidR="005056D3" w:rsidRDefault="005056D3" w:rsidP="00A65840">
      <w:pPr>
        <w:pStyle w:val="Normlnweb"/>
        <w:numPr>
          <w:ilvl w:val="0"/>
          <w:numId w:val="27"/>
        </w:numPr>
        <w:spacing w:before="0" w:after="120" w:line="276" w:lineRule="auto"/>
      </w:pPr>
      <w:r>
        <w:rPr>
          <w:rStyle w:val="Siln"/>
          <w:rFonts w:ascii="Calibri" w:hAnsi="Calibri"/>
        </w:rPr>
        <w:t>Celková revize</w:t>
      </w:r>
      <w:r>
        <w:rPr>
          <w:rFonts w:ascii="Calibri" w:hAnsi="Calibri"/>
        </w:rPr>
        <w:t xml:space="preserve"> – minimálně jednou za 3 roky, případně při zásadních změnách v RVP PV nebo legislativě.</w:t>
      </w:r>
    </w:p>
    <w:p w14:paraId="639AF65C" w14:textId="77777777" w:rsidR="005056D3" w:rsidRDefault="005056D3" w:rsidP="00A65840">
      <w:pPr>
        <w:pStyle w:val="Nadpis2"/>
        <w:spacing w:before="0" w:after="120"/>
      </w:pPr>
      <w:r>
        <w:rPr>
          <w:rFonts w:ascii="Calibri" w:hAnsi="Calibri"/>
          <w:sz w:val="24"/>
        </w:rPr>
        <w:t xml:space="preserve">8.4 </w:t>
      </w:r>
      <w:proofErr w:type="spellStart"/>
      <w:r>
        <w:rPr>
          <w:rFonts w:ascii="Calibri" w:hAnsi="Calibri"/>
          <w:sz w:val="24"/>
        </w:rPr>
        <w:t>Informovanost</w:t>
      </w:r>
      <w:proofErr w:type="spellEnd"/>
    </w:p>
    <w:p w14:paraId="639AF65D" w14:textId="77777777" w:rsidR="005056D3" w:rsidRDefault="005056D3" w:rsidP="00A65840">
      <w:pPr>
        <w:pStyle w:val="Normlnweb"/>
        <w:numPr>
          <w:ilvl w:val="0"/>
          <w:numId w:val="28"/>
        </w:numPr>
        <w:spacing w:before="0" w:after="120" w:line="276" w:lineRule="auto"/>
      </w:pPr>
      <w:r>
        <w:rPr>
          <w:rFonts w:ascii="Calibri" w:hAnsi="Calibri"/>
        </w:rPr>
        <w:t>O provedených úpravách jsou vždy informováni pedagogové a zřizovatel.</w:t>
      </w:r>
    </w:p>
    <w:p w14:paraId="639AF65E" w14:textId="68B238E4" w:rsidR="005056D3" w:rsidRPr="00415072" w:rsidRDefault="005056D3" w:rsidP="00A65840">
      <w:pPr>
        <w:pStyle w:val="Normlnweb"/>
        <w:numPr>
          <w:ilvl w:val="0"/>
          <w:numId w:val="28"/>
        </w:numPr>
        <w:spacing w:before="0" w:after="120" w:line="276" w:lineRule="auto"/>
      </w:pPr>
      <w:r>
        <w:rPr>
          <w:rFonts w:ascii="Calibri" w:hAnsi="Calibri"/>
        </w:rPr>
        <w:t xml:space="preserve">Aktuální verze ŠVP je k dispozici rodičům v mateřské škole i na webových </w:t>
      </w:r>
      <w:r w:rsidRPr="00A75520">
        <w:rPr>
          <w:rFonts w:ascii="Calibri" w:hAnsi="Calibri"/>
        </w:rPr>
        <w:t>stránkách školy.</w:t>
      </w:r>
    </w:p>
    <w:p w14:paraId="6718D447" w14:textId="77777777" w:rsidR="00415072" w:rsidRDefault="00415072" w:rsidP="00415072">
      <w:pPr>
        <w:pStyle w:val="Normlnweb"/>
        <w:spacing w:before="0" w:after="120" w:line="276" w:lineRule="auto"/>
      </w:pPr>
    </w:p>
    <w:p w14:paraId="458F2413" w14:textId="77777777" w:rsidR="00373C08" w:rsidRPr="001A5BB7" w:rsidRDefault="00373C08" w:rsidP="00A65840">
      <w:pPr>
        <w:pStyle w:val="Bezmezer"/>
        <w:spacing w:line="276" w:lineRule="auto"/>
        <w:rPr>
          <w:rFonts w:ascii="Calibri" w:eastAsiaTheme="majorEastAsia" w:hAnsi="Calibri" w:cstheme="majorBidi"/>
          <w:b/>
          <w:bCs/>
          <w:color w:val="4F81BD" w:themeColor="accent1"/>
          <w:sz w:val="24"/>
          <w:szCs w:val="26"/>
        </w:rPr>
      </w:pPr>
    </w:p>
    <w:p w14:paraId="639AF660" w14:textId="517E0E2C" w:rsidR="006E3717" w:rsidRPr="001A5BB7" w:rsidRDefault="00770D62" w:rsidP="00A65840">
      <w:pPr>
        <w:pStyle w:val="Nadpis1"/>
        <w:spacing w:before="0" w:after="120"/>
        <w:rPr>
          <w:rFonts w:ascii="Calibri" w:hAnsi="Calibri"/>
          <w:color w:val="4F81BD" w:themeColor="accent1"/>
          <w:sz w:val="24"/>
          <w:szCs w:val="26"/>
        </w:rPr>
      </w:pPr>
      <w:r w:rsidRPr="001A5BB7">
        <w:rPr>
          <w:rFonts w:ascii="Calibri" w:hAnsi="Calibri"/>
          <w:color w:val="4F81BD" w:themeColor="accent1"/>
          <w:sz w:val="24"/>
          <w:szCs w:val="26"/>
        </w:rPr>
        <w:lastRenderedPageBreak/>
        <w:t>9</w:t>
      </w:r>
      <w:r w:rsidR="005056D3" w:rsidRPr="001A5BB7">
        <w:rPr>
          <w:rFonts w:ascii="Calibri" w:hAnsi="Calibri"/>
          <w:color w:val="4F81BD" w:themeColor="accent1"/>
          <w:sz w:val="24"/>
          <w:szCs w:val="26"/>
        </w:rPr>
        <w:t xml:space="preserve">. </w:t>
      </w:r>
      <w:proofErr w:type="spellStart"/>
      <w:r w:rsidR="005056D3" w:rsidRPr="001A5BB7">
        <w:rPr>
          <w:rFonts w:ascii="Calibri" w:hAnsi="Calibri"/>
          <w:color w:val="4F81BD" w:themeColor="accent1"/>
          <w:sz w:val="24"/>
          <w:szCs w:val="26"/>
        </w:rPr>
        <w:t>Kontakty</w:t>
      </w:r>
      <w:proofErr w:type="spellEnd"/>
      <w:r w:rsidR="005056D3" w:rsidRPr="001A5BB7">
        <w:rPr>
          <w:rFonts w:ascii="Calibri" w:hAnsi="Calibri"/>
          <w:color w:val="4F81BD" w:themeColor="accent1"/>
          <w:sz w:val="24"/>
          <w:szCs w:val="26"/>
        </w:rPr>
        <w:t xml:space="preserve"> a GDPR</w:t>
      </w:r>
    </w:p>
    <w:p w14:paraId="508AE8E9" w14:textId="531BBFAD" w:rsidR="000D749C" w:rsidRPr="000D749C" w:rsidRDefault="005056D3" w:rsidP="000D749C">
      <w:pPr>
        <w:pStyle w:val="Nadpis1"/>
        <w:spacing w:before="0" w:after="120"/>
        <w:rPr>
          <w:rFonts w:ascii="Calibri" w:hAnsi="Calibri"/>
          <w:color w:val="4F81BD" w:themeColor="accent1"/>
          <w:sz w:val="24"/>
          <w:szCs w:val="26"/>
        </w:rPr>
      </w:pPr>
      <w:proofErr w:type="spellStart"/>
      <w:r w:rsidRPr="000D749C">
        <w:rPr>
          <w:rFonts w:ascii="Calibri" w:hAnsi="Calibri"/>
          <w:color w:val="4F81BD" w:themeColor="accent1"/>
          <w:sz w:val="24"/>
          <w:szCs w:val="26"/>
        </w:rPr>
        <w:t>Kontaktní</w:t>
      </w:r>
      <w:proofErr w:type="spellEnd"/>
      <w:r w:rsidRPr="000D749C">
        <w:rPr>
          <w:rFonts w:ascii="Calibri" w:hAnsi="Calibri"/>
          <w:color w:val="4F81BD" w:themeColor="accent1"/>
          <w:sz w:val="24"/>
          <w:szCs w:val="26"/>
        </w:rPr>
        <w:t xml:space="preserve"> </w:t>
      </w:r>
      <w:proofErr w:type="spellStart"/>
      <w:r w:rsidRPr="000D749C">
        <w:rPr>
          <w:rFonts w:ascii="Calibri" w:hAnsi="Calibri"/>
          <w:color w:val="4F81BD" w:themeColor="accent1"/>
          <w:sz w:val="24"/>
          <w:szCs w:val="26"/>
        </w:rPr>
        <w:t>údaje</w:t>
      </w:r>
      <w:proofErr w:type="spellEnd"/>
      <w:r w:rsidRPr="000D749C">
        <w:rPr>
          <w:rFonts w:ascii="Calibri" w:hAnsi="Calibri"/>
          <w:color w:val="4F81BD" w:themeColor="accent1"/>
          <w:sz w:val="24"/>
          <w:szCs w:val="26"/>
        </w:rPr>
        <w:t xml:space="preserve"> </w:t>
      </w:r>
      <w:proofErr w:type="spellStart"/>
      <w:r w:rsidRPr="000D749C">
        <w:rPr>
          <w:rFonts w:ascii="Calibri" w:hAnsi="Calibri"/>
          <w:color w:val="4F81BD" w:themeColor="accent1"/>
          <w:sz w:val="24"/>
          <w:szCs w:val="26"/>
        </w:rPr>
        <w:t>školy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D749C" w14:paraId="46DFE662" w14:textId="77777777" w:rsidTr="00477874">
        <w:tc>
          <w:tcPr>
            <w:tcW w:w="4320" w:type="dxa"/>
          </w:tcPr>
          <w:p w14:paraId="7C160C7B" w14:textId="77777777" w:rsidR="000D749C" w:rsidRDefault="000D749C" w:rsidP="00477874">
            <w:proofErr w:type="spellStart"/>
            <w:r>
              <w:t>Třída</w:t>
            </w:r>
            <w:proofErr w:type="spellEnd"/>
            <w:r>
              <w:t xml:space="preserve"> / </w:t>
            </w:r>
            <w:proofErr w:type="spellStart"/>
            <w:r>
              <w:t>Funkce</w:t>
            </w:r>
            <w:proofErr w:type="spellEnd"/>
          </w:p>
        </w:tc>
        <w:tc>
          <w:tcPr>
            <w:tcW w:w="4320" w:type="dxa"/>
          </w:tcPr>
          <w:p w14:paraId="74E9C2B7" w14:textId="77777777" w:rsidR="000D749C" w:rsidRDefault="000D749C" w:rsidP="00477874">
            <w:proofErr w:type="spellStart"/>
            <w:r>
              <w:t>Telefon</w:t>
            </w:r>
            <w:proofErr w:type="spellEnd"/>
          </w:p>
        </w:tc>
      </w:tr>
      <w:tr w:rsidR="000D749C" w14:paraId="5C179E19" w14:textId="77777777" w:rsidTr="00477874">
        <w:tc>
          <w:tcPr>
            <w:tcW w:w="4320" w:type="dxa"/>
          </w:tcPr>
          <w:p w14:paraId="169619D7" w14:textId="77777777" w:rsidR="000D749C" w:rsidRDefault="000D749C" w:rsidP="00477874">
            <w:proofErr w:type="spellStart"/>
            <w:r>
              <w:t>Ředitelka</w:t>
            </w:r>
            <w:proofErr w:type="spellEnd"/>
            <w:r>
              <w:t xml:space="preserve"> MŠ</w:t>
            </w:r>
          </w:p>
        </w:tc>
        <w:tc>
          <w:tcPr>
            <w:tcW w:w="4320" w:type="dxa"/>
          </w:tcPr>
          <w:p w14:paraId="176A1796" w14:textId="77777777" w:rsidR="000D749C" w:rsidRDefault="000D749C" w:rsidP="00477874">
            <w:r>
              <w:t>+420 778 767 011</w:t>
            </w:r>
          </w:p>
        </w:tc>
      </w:tr>
      <w:tr w:rsidR="000D749C" w14:paraId="2C1D01A0" w14:textId="77777777" w:rsidTr="00477874">
        <w:tc>
          <w:tcPr>
            <w:tcW w:w="4320" w:type="dxa"/>
          </w:tcPr>
          <w:p w14:paraId="1118FF4D" w14:textId="77777777" w:rsidR="000D749C" w:rsidRDefault="000D749C" w:rsidP="00477874">
            <w:proofErr w:type="spellStart"/>
            <w:r>
              <w:t>Třída</w:t>
            </w:r>
            <w:proofErr w:type="spellEnd"/>
            <w:r>
              <w:t xml:space="preserve"> </w:t>
            </w:r>
            <w:proofErr w:type="spellStart"/>
            <w:r>
              <w:t>Kočičky</w:t>
            </w:r>
            <w:proofErr w:type="spellEnd"/>
          </w:p>
        </w:tc>
        <w:tc>
          <w:tcPr>
            <w:tcW w:w="4320" w:type="dxa"/>
          </w:tcPr>
          <w:p w14:paraId="0706D4C3" w14:textId="77777777" w:rsidR="000D749C" w:rsidRDefault="000D749C" w:rsidP="00477874">
            <w:r>
              <w:t>+420 770 135 045</w:t>
            </w:r>
          </w:p>
        </w:tc>
      </w:tr>
      <w:tr w:rsidR="000D749C" w14:paraId="271C9406" w14:textId="77777777" w:rsidTr="00477874">
        <w:tc>
          <w:tcPr>
            <w:tcW w:w="4320" w:type="dxa"/>
          </w:tcPr>
          <w:p w14:paraId="6FD42739" w14:textId="77777777" w:rsidR="000D749C" w:rsidRDefault="000D749C" w:rsidP="00477874">
            <w:proofErr w:type="spellStart"/>
            <w:r>
              <w:t>Třída</w:t>
            </w:r>
            <w:proofErr w:type="spellEnd"/>
            <w:r>
              <w:t xml:space="preserve"> </w:t>
            </w:r>
            <w:proofErr w:type="spellStart"/>
            <w:r>
              <w:t>Kačenky</w:t>
            </w:r>
            <w:proofErr w:type="spellEnd"/>
          </w:p>
        </w:tc>
        <w:tc>
          <w:tcPr>
            <w:tcW w:w="4320" w:type="dxa"/>
          </w:tcPr>
          <w:p w14:paraId="38F19637" w14:textId="77777777" w:rsidR="000D749C" w:rsidRDefault="000D749C" w:rsidP="00477874">
            <w:r>
              <w:t>+420 776 465 224</w:t>
            </w:r>
          </w:p>
        </w:tc>
      </w:tr>
      <w:tr w:rsidR="000D749C" w14:paraId="73B6B3D5" w14:textId="77777777" w:rsidTr="00477874">
        <w:tc>
          <w:tcPr>
            <w:tcW w:w="4320" w:type="dxa"/>
          </w:tcPr>
          <w:p w14:paraId="0E676E11" w14:textId="77777777" w:rsidR="000D749C" w:rsidRDefault="000D749C" w:rsidP="00477874">
            <w:proofErr w:type="spellStart"/>
            <w:r>
              <w:t>Třída</w:t>
            </w:r>
            <w:proofErr w:type="spellEnd"/>
            <w:r>
              <w:t xml:space="preserve"> </w:t>
            </w:r>
            <w:proofErr w:type="spellStart"/>
            <w:r>
              <w:t>Berušky</w:t>
            </w:r>
            <w:proofErr w:type="spellEnd"/>
          </w:p>
        </w:tc>
        <w:tc>
          <w:tcPr>
            <w:tcW w:w="4320" w:type="dxa"/>
          </w:tcPr>
          <w:p w14:paraId="30F64B62" w14:textId="77777777" w:rsidR="000D749C" w:rsidRDefault="000D749C" w:rsidP="00477874">
            <w:r>
              <w:t>+420 770 135 645</w:t>
            </w:r>
          </w:p>
        </w:tc>
      </w:tr>
      <w:tr w:rsidR="000D749C" w14:paraId="5B8325EA" w14:textId="77777777" w:rsidTr="00477874">
        <w:tc>
          <w:tcPr>
            <w:tcW w:w="4320" w:type="dxa"/>
          </w:tcPr>
          <w:p w14:paraId="431DEC4A" w14:textId="77777777" w:rsidR="000D749C" w:rsidRDefault="000D749C" w:rsidP="00477874">
            <w:proofErr w:type="spellStart"/>
            <w:r>
              <w:t>Třída</w:t>
            </w:r>
            <w:proofErr w:type="spellEnd"/>
            <w:r>
              <w:t xml:space="preserve"> </w:t>
            </w:r>
            <w:proofErr w:type="spellStart"/>
            <w:r>
              <w:t>Žabičky</w:t>
            </w:r>
            <w:proofErr w:type="spellEnd"/>
          </w:p>
        </w:tc>
        <w:tc>
          <w:tcPr>
            <w:tcW w:w="4320" w:type="dxa"/>
          </w:tcPr>
          <w:p w14:paraId="6DFE9ABD" w14:textId="77777777" w:rsidR="000D749C" w:rsidRDefault="000D749C" w:rsidP="00477874">
            <w:r>
              <w:t>+420 774 722 936</w:t>
            </w:r>
          </w:p>
        </w:tc>
      </w:tr>
      <w:tr w:rsidR="000D749C" w14:paraId="5620ABF4" w14:textId="77777777" w:rsidTr="00477874">
        <w:tc>
          <w:tcPr>
            <w:tcW w:w="4320" w:type="dxa"/>
          </w:tcPr>
          <w:p w14:paraId="51527985" w14:textId="77777777" w:rsidR="000D749C" w:rsidRDefault="000D749C" w:rsidP="00477874">
            <w:proofErr w:type="spellStart"/>
            <w:r>
              <w:t>Vedoucí</w:t>
            </w:r>
            <w:proofErr w:type="spellEnd"/>
            <w:r>
              <w:t xml:space="preserve"> </w:t>
            </w:r>
            <w:proofErr w:type="spellStart"/>
            <w:r>
              <w:t>stravování</w:t>
            </w:r>
            <w:proofErr w:type="spellEnd"/>
          </w:p>
        </w:tc>
        <w:tc>
          <w:tcPr>
            <w:tcW w:w="4320" w:type="dxa"/>
          </w:tcPr>
          <w:p w14:paraId="640CB24A" w14:textId="349EC726" w:rsidR="000D749C" w:rsidRDefault="000D749C" w:rsidP="00477874">
            <w:r>
              <w:t>+420 605 116 758</w:t>
            </w:r>
          </w:p>
        </w:tc>
      </w:tr>
      <w:tr w:rsidR="000D749C" w14:paraId="26BBD7DA" w14:textId="77777777" w:rsidTr="00477874">
        <w:tc>
          <w:tcPr>
            <w:tcW w:w="4320" w:type="dxa"/>
          </w:tcPr>
          <w:p w14:paraId="3E719F22" w14:textId="77777777" w:rsidR="000D749C" w:rsidRDefault="000D749C" w:rsidP="00477874">
            <w:proofErr w:type="spellStart"/>
            <w:r>
              <w:t>Hlavní</w:t>
            </w:r>
            <w:proofErr w:type="spellEnd"/>
            <w:r>
              <w:t xml:space="preserve"> </w:t>
            </w:r>
            <w:proofErr w:type="spellStart"/>
            <w:r>
              <w:t>kuchařka</w:t>
            </w:r>
            <w:proofErr w:type="spellEnd"/>
          </w:p>
        </w:tc>
        <w:tc>
          <w:tcPr>
            <w:tcW w:w="4320" w:type="dxa"/>
          </w:tcPr>
          <w:p w14:paraId="27F2BFFB" w14:textId="77777777" w:rsidR="000D749C" w:rsidRDefault="000D749C" w:rsidP="00477874">
            <w:r>
              <w:t>+420 770 182 025</w:t>
            </w:r>
          </w:p>
        </w:tc>
      </w:tr>
    </w:tbl>
    <w:p w14:paraId="639AF661" w14:textId="0F548D9B" w:rsidR="006E3717" w:rsidRDefault="006E3717" w:rsidP="000D749C">
      <w:pPr>
        <w:pStyle w:val="Odstavecseseznamem"/>
        <w:spacing w:after="120"/>
      </w:pPr>
    </w:p>
    <w:p w14:paraId="35BC1557" w14:textId="77777777" w:rsidR="00635DED" w:rsidRPr="00635DED" w:rsidRDefault="00635DED" w:rsidP="00635DED">
      <w:pPr>
        <w:pStyle w:val="Nadpis1"/>
        <w:spacing w:before="0" w:after="120"/>
        <w:rPr>
          <w:rFonts w:ascii="Calibri" w:hAnsi="Calibri"/>
          <w:color w:val="4F81BD" w:themeColor="accent1"/>
          <w:sz w:val="24"/>
          <w:szCs w:val="26"/>
        </w:rPr>
      </w:pPr>
      <w:r w:rsidRPr="00635DED">
        <w:rPr>
          <w:rFonts w:ascii="Calibri" w:hAnsi="Calibri"/>
          <w:color w:val="4F81BD" w:themeColor="accent1"/>
          <w:sz w:val="24"/>
          <w:szCs w:val="26"/>
        </w:rPr>
        <w:t>Informace o zpracování osobních údajů</w:t>
      </w:r>
    </w:p>
    <w:p w14:paraId="5E758E44" w14:textId="107703C3" w:rsidR="000B5387" w:rsidRDefault="00650DA6" w:rsidP="00D91611">
      <w:pPr>
        <w:spacing w:after="120"/>
      </w:pPr>
      <w:proofErr w:type="spellStart"/>
      <w:r w:rsidRPr="00650DA6">
        <w:t>Mateřská</w:t>
      </w:r>
      <w:proofErr w:type="spellEnd"/>
      <w:r w:rsidRPr="00650DA6">
        <w:t xml:space="preserve"> </w:t>
      </w:r>
      <w:proofErr w:type="spellStart"/>
      <w:r w:rsidRPr="00650DA6">
        <w:t>škola</w:t>
      </w:r>
      <w:proofErr w:type="spellEnd"/>
      <w:r w:rsidRPr="00650DA6">
        <w:t xml:space="preserve"> </w:t>
      </w:r>
      <w:proofErr w:type="spellStart"/>
      <w:r w:rsidRPr="00650DA6">
        <w:t>Jablonec</w:t>
      </w:r>
      <w:proofErr w:type="spellEnd"/>
      <w:r w:rsidRPr="00650DA6">
        <w:t xml:space="preserve"> </w:t>
      </w:r>
      <w:proofErr w:type="spellStart"/>
      <w:r w:rsidRPr="00650DA6">
        <w:t>nad</w:t>
      </w:r>
      <w:proofErr w:type="spellEnd"/>
      <w:r w:rsidRPr="00650DA6">
        <w:t xml:space="preserve"> </w:t>
      </w:r>
      <w:proofErr w:type="spellStart"/>
      <w:r w:rsidRPr="00650DA6">
        <w:t>Nisou</w:t>
      </w:r>
      <w:proofErr w:type="spellEnd"/>
      <w:r w:rsidRPr="00650DA6">
        <w:t xml:space="preserve"> – </w:t>
      </w:r>
      <w:proofErr w:type="spellStart"/>
      <w:r w:rsidRPr="00650DA6">
        <w:t>Kokonín</w:t>
      </w:r>
      <w:proofErr w:type="spellEnd"/>
      <w:r w:rsidRPr="00650DA6">
        <w:t xml:space="preserve">, </w:t>
      </w:r>
      <w:proofErr w:type="spellStart"/>
      <w:r w:rsidRPr="00650DA6">
        <w:t>Dolní</w:t>
      </w:r>
      <w:proofErr w:type="spellEnd"/>
      <w:r w:rsidRPr="00650DA6">
        <w:t xml:space="preserve"> 3969, </w:t>
      </w:r>
      <w:proofErr w:type="spellStart"/>
      <w:r w:rsidRPr="00650DA6">
        <w:t>příspěvková</w:t>
      </w:r>
      <w:proofErr w:type="spellEnd"/>
      <w:r w:rsidRPr="00650DA6">
        <w:t xml:space="preserve"> </w:t>
      </w:r>
      <w:proofErr w:type="spellStart"/>
      <w:r w:rsidRPr="00650DA6">
        <w:t>organizace</w:t>
      </w:r>
      <w:proofErr w:type="spellEnd"/>
      <w:r w:rsidRPr="00650DA6">
        <w:t>, IČO:</w:t>
      </w:r>
      <w:r>
        <w:t xml:space="preserve"> 72048140</w:t>
      </w:r>
      <w:r w:rsidRPr="00650DA6">
        <w:t xml:space="preserve">, </w:t>
      </w:r>
      <w:proofErr w:type="spellStart"/>
      <w:r w:rsidRPr="00650DA6">
        <w:t>jako</w:t>
      </w:r>
      <w:proofErr w:type="spellEnd"/>
      <w:r w:rsidRPr="00650DA6">
        <w:t xml:space="preserve"> </w:t>
      </w:r>
      <w:proofErr w:type="spellStart"/>
      <w:r w:rsidRPr="00650DA6">
        <w:t>správce</w:t>
      </w:r>
      <w:proofErr w:type="spellEnd"/>
      <w:r w:rsidRPr="00650DA6">
        <w:t xml:space="preserve"> </w:t>
      </w:r>
      <w:proofErr w:type="spellStart"/>
      <w:r w:rsidRPr="00650DA6">
        <w:t>osobních</w:t>
      </w:r>
      <w:proofErr w:type="spellEnd"/>
      <w:r w:rsidRPr="00650DA6">
        <w:t xml:space="preserve"> </w:t>
      </w:r>
      <w:proofErr w:type="spellStart"/>
      <w:r w:rsidRPr="00650DA6">
        <w:t>údajů</w:t>
      </w:r>
      <w:proofErr w:type="spellEnd"/>
      <w:r w:rsidRPr="00650DA6">
        <w:t xml:space="preserve">, </w:t>
      </w:r>
      <w:proofErr w:type="spellStart"/>
      <w:r w:rsidRPr="00650DA6">
        <w:t>zpracovává</w:t>
      </w:r>
      <w:proofErr w:type="spellEnd"/>
      <w:r w:rsidRPr="00650DA6">
        <w:t xml:space="preserve"> </w:t>
      </w:r>
      <w:proofErr w:type="spellStart"/>
      <w:r w:rsidRPr="00650DA6">
        <w:t>osobní</w:t>
      </w:r>
      <w:proofErr w:type="spellEnd"/>
      <w:r w:rsidRPr="00650DA6">
        <w:t xml:space="preserve"> </w:t>
      </w:r>
      <w:proofErr w:type="spellStart"/>
      <w:r w:rsidRPr="00650DA6">
        <w:t>údaje</w:t>
      </w:r>
      <w:proofErr w:type="spellEnd"/>
      <w:r w:rsidRPr="00650DA6">
        <w:t xml:space="preserve"> </w:t>
      </w:r>
      <w:proofErr w:type="spellStart"/>
      <w:r w:rsidRPr="00650DA6">
        <w:t>dětí</w:t>
      </w:r>
      <w:proofErr w:type="spellEnd"/>
      <w:r w:rsidRPr="00650DA6">
        <w:t xml:space="preserve">, </w:t>
      </w:r>
      <w:proofErr w:type="spellStart"/>
      <w:r w:rsidRPr="00650DA6">
        <w:t>jejich</w:t>
      </w:r>
      <w:proofErr w:type="spellEnd"/>
      <w:r w:rsidRPr="00650DA6">
        <w:t xml:space="preserve"> </w:t>
      </w:r>
      <w:proofErr w:type="spellStart"/>
      <w:r w:rsidRPr="00650DA6">
        <w:t>zákonných</w:t>
      </w:r>
      <w:proofErr w:type="spellEnd"/>
      <w:r w:rsidRPr="00650DA6">
        <w:t xml:space="preserve"> </w:t>
      </w:r>
      <w:proofErr w:type="spellStart"/>
      <w:r w:rsidRPr="00650DA6">
        <w:t>zástupců</w:t>
      </w:r>
      <w:proofErr w:type="spellEnd"/>
      <w:r w:rsidRPr="00650DA6">
        <w:t xml:space="preserve"> a </w:t>
      </w:r>
      <w:proofErr w:type="spellStart"/>
      <w:r w:rsidRPr="00650DA6">
        <w:t>zaměstnanců</w:t>
      </w:r>
      <w:proofErr w:type="spellEnd"/>
      <w:r w:rsidRPr="00650DA6">
        <w:t xml:space="preserve"> v </w:t>
      </w:r>
      <w:proofErr w:type="spellStart"/>
      <w:r w:rsidRPr="00650DA6">
        <w:t>souladu</w:t>
      </w:r>
      <w:proofErr w:type="spellEnd"/>
      <w:r w:rsidRPr="00650DA6">
        <w:t xml:space="preserve"> s </w:t>
      </w:r>
      <w:proofErr w:type="spellStart"/>
      <w:r w:rsidRPr="00650DA6">
        <w:t>Nařízením</w:t>
      </w:r>
      <w:proofErr w:type="spellEnd"/>
      <w:r w:rsidRPr="00650DA6">
        <w:t xml:space="preserve"> </w:t>
      </w:r>
      <w:proofErr w:type="spellStart"/>
      <w:r w:rsidRPr="00650DA6">
        <w:t>Evropského</w:t>
      </w:r>
      <w:proofErr w:type="spellEnd"/>
      <w:r w:rsidRPr="00650DA6">
        <w:t xml:space="preserve"> </w:t>
      </w:r>
      <w:proofErr w:type="spellStart"/>
      <w:r w:rsidRPr="00650DA6">
        <w:t>parlamentu</w:t>
      </w:r>
      <w:proofErr w:type="spellEnd"/>
      <w:r w:rsidRPr="00650DA6">
        <w:t xml:space="preserve"> a Rady (EU) 2016/679 (GDPR) a </w:t>
      </w:r>
      <w:proofErr w:type="spellStart"/>
      <w:r w:rsidRPr="00650DA6">
        <w:t>zákonem</w:t>
      </w:r>
      <w:proofErr w:type="spellEnd"/>
      <w:r w:rsidRPr="00650DA6">
        <w:t xml:space="preserve"> č. 110/2019 Sb., o </w:t>
      </w:r>
      <w:proofErr w:type="spellStart"/>
      <w:r w:rsidRPr="00650DA6">
        <w:t>zpracování</w:t>
      </w:r>
      <w:proofErr w:type="spellEnd"/>
      <w:r w:rsidRPr="00650DA6">
        <w:t xml:space="preserve"> </w:t>
      </w:r>
      <w:proofErr w:type="spellStart"/>
      <w:r w:rsidRPr="00650DA6">
        <w:t>osobních</w:t>
      </w:r>
      <w:proofErr w:type="spellEnd"/>
      <w:r w:rsidRPr="00650DA6">
        <w:t xml:space="preserve"> </w:t>
      </w:r>
      <w:proofErr w:type="spellStart"/>
      <w:proofErr w:type="gramStart"/>
      <w:r w:rsidRPr="00650DA6">
        <w:t>údajů</w:t>
      </w:r>
      <w:proofErr w:type="spellEnd"/>
      <w:r w:rsidRPr="00650DA6">
        <w:t>.</w:t>
      </w:r>
      <w:r w:rsidR="000B5387" w:rsidRPr="000B5387">
        <w:t>.</w:t>
      </w:r>
      <w:proofErr w:type="gramEnd"/>
    </w:p>
    <w:p w14:paraId="03A3ECBC" w14:textId="4E81A3CB" w:rsidR="00635DED" w:rsidRPr="0039054C" w:rsidRDefault="00635DED" w:rsidP="0039054C">
      <w:pPr>
        <w:spacing w:after="120"/>
        <w:rPr>
          <w:lang w:val="cs-CZ"/>
        </w:rPr>
      </w:pPr>
      <w:r w:rsidRPr="0039054C">
        <w:rPr>
          <w:b/>
          <w:bCs/>
          <w:lang w:val="cs-CZ"/>
        </w:rPr>
        <w:t>Účely zpracování osobních údajů:</w:t>
      </w:r>
    </w:p>
    <w:p w14:paraId="42BD9E3F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vedení školní matriky a školní dokumentace podle školského zákona,</w:t>
      </w:r>
    </w:p>
    <w:p w14:paraId="7F6CA855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organizace předškolního vzdělávání, školních akcí a aktivit,</w:t>
      </w:r>
    </w:p>
    <w:p w14:paraId="0682AFBB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plnění povinností vůči zřizovateli a dalším oprávněným institucím,</w:t>
      </w:r>
    </w:p>
    <w:p w14:paraId="5E9C4D4F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zajištění bezpečnosti a ochrany zdraví dětí,</w:t>
      </w:r>
    </w:p>
    <w:p w14:paraId="2D4EA844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plnění povinností vyplývajících z pracovněprávních a účetních předpisů.</w:t>
      </w:r>
    </w:p>
    <w:p w14:paraId="3D9A0701" w14:textId="77777777" w:rsidR="00635DED" w:rsidRPr="0039054C" w:rsidRDefault="00635DED" w:rsidP="0039054C">
      <w:pPr>
        <w:spacing w:after="120"/>
        <w:rPr>
          <w:lang w:val="cs-CZ"/>
        </w:rPr>
      </w:pPr>
      <w:r w:rsidRPr="0039054C">
        <w:rPr>
          <w:b/>
          <w:bCs/>
          <w:lang w:val="cs-CZ"/>
        </w:rPr>
        <w:t>Právní základ zpracování:</w:t>
      </w:r>
    </w:p>
    <w:p w14:paraId="590B8415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plnění právních povinností vyplývajících ze školských a dalších předpisů,</w:t>
      </w:r>
    </w:p>
    <w:p w14:paraId="29D707DA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oprávněný zájem školy,</w:t>
      </w:r>
    </w:p>
    <w:p w14:paraId="3954F117" w14:textId="77777777" w:rsidR="00635DED" w:rsidRPr="00635DED" w:rsidRDefault="00635DED" w:rsidP="00635DED">
      <w:pPr>
        <w:pStyle w:val="Odstavecseseznamem"/>
        <w:numPr>
          <w:ilvl w:val="0"/>
          <w:numId w:val="123"/>
        </w:numPr>
        <w:spacing w:after="120"/>
        <w:rPr>
          <w:lang w:val="cs-CZ"/>
        </w:rPr>
      </w:pPr>
      <w:r w:rsidRPr="00635DED">
        <w:rPr>
          <w:lang w:val="cs-CZ"/>
        </w:rPr>
        <w:t>souhlas zákonných zástupců (např. u zveřejnění fotografií dětí na webu školy nebo při nadstandardních činnostech).</w:t>
      </w:r>
    </w:p>
    <w:p w14:paraId="0AB1D05B" w14:textId="77777777" w:rsidR="00635DED" w:rsidRPr="0039054C" w:rsidRDefault="00635DED" w:rsidP="0039054C">
      <w:pPr>
        <w:spacing w:after="120"/>
        <w:rPr>
          <w:lang w:val="cs-CZ"/>
        </w:rPr>
      </w:pPr>
      <w:r w:rsidRPr="0039054C">
        <w:rPr>
          <w:b/>
          <w:bCs/>
          <w:lang w:val="cs-CZ"/>
        </w:rPr>
        <w:t>Doba uchování údajů:</w:t>
      </w:r>
      <w:r w:rsidRPr="0039054C">
        <w:rPr>
          <w:lang w:val="cs-CZ"/>
        </w:rPr>
        <w:br/>
        <w:t>Osobní údaje jsou uchovávány po dobu stanovenou spisovým a skartačním řádem školy a v souladu s platnými právními předpisy.</w:t>
      </w:r>
    </w:p>
    <w:p w14:paraId="6292F418" w14:textId="77777777" w:rsidR="00635DED" w:rsidRPr="0039054C" w:rsidRDefault="00635DED" w:rsidP="0039054C">
      <w:pPr>
        <w:spacing w:after="120"/>
        <w:rPr>
          <w:lang w:val="cs-CZ"/>
        </w:rPr>
      </w:pPr>
      <w:r w:rsidRPr="0039054C">
        <w:rPr>
          <w:b/>
          <w:bCs/>
          <w:lang w:val="cs-CZ"/>
        </w:rPr>
        <w:t>Příjemci osobních údajů:</w:t>
      </w:r>
      <w:r w:rsidRPr="0039054C">
        <w:rPr>
          <w:lang w:val="cs-CZ"/>
        </w:rPr>
        <w:br/>
        <w:t>Oprávnění zaměstnanci školy, zřizovatel, orgány státní správy a samosprávy, kontrolní orgány (např. Česká školní inspekce), poradenská zařízení (PPP, SPC), zdravotnická zařízení a další instituce v souladu s právními předpisy.</w:t>
      </w:r>
    </w:p>
    <w:p w14:paraId="3AAB3009" w14:textId="77777777" w:rsidR="00635DED" w:rsidRPr="0039054C" w:rsidRDefault="00635DED" w:rsidP="0039054C">
      <w:pPr>
        <w:spacing w:after="120"/>
        <w:rPr>
          <w:lang w:val="cs-CZ"/>
        </w:rPr>
      </w:pPr>
      <w:r w:rsidRPr="0039054C">
        <w:rPr>
          <w:b/>
          <w:bCs/>
          <w:lang w:val="cs-CZ"/>
        </w:rPr>
        <w:lastRenderedPageBreak/>
        <w:t>Práva subjektů údajů:</w:t>
      </w:r>
      <w:r w:rsidRPr="0039054C">
        <w:rPr>
          <w:lang w:val="cs-CZ"/>
        </w:rPr>
        <w:br/>
        <w:t>Subjekty údajů mají právo na přístup k osobním údajům, právo na jejich opravu, výmaz nebo omezení zpracování, právo vznést námitku proti zpracování a právo podat stížnost u Úřadu pro ochranu osobních údajů.</w:t>
      </w:r>
    </w:p>
    <w:p w14:paraId="545E91A6" w14:textId="59E09B97" w:rsidR="00635DED" w:rsidRDefault="00635DED" w:rsidP="0039054C">
      <w:pPr>
        <w:spacing w:after="120"/>
        <w:rPr>
          <w:lang w:val="cs-CZ"/>
        </w:rPr>
      </w:pPr>
      <w:r w:rsidRPr="0039054C">
        <w:rPr>
          <w:b/>
          <w:bCs/>
          <w:lang w:val="cs-CZ"/>
        </w:rPr>
        <w:t>Kontaktní údaje správce:</w:t>
      </w:r>
      <w:r w:rsidRPr="0039054C">
        <w:rPr>
          <w:lang w:val="cs-CZ"/>
        </w:rPr>
        <w:br/>
        <w:t xml:space="preserve">Mateřská škola Jablonec nad Nisou – </w:t>
      </w:r>
      <w:proofErr w:type="spellStart"/>
      <w:r w:rsidRPr="0039054C">
        <w:rPr>
          <w:lang w:val="cs-CZ"/>
        </w:rPr>
        <w:t>Kokonín</w:t>
      </w:r>
      <w:proofErr w:type="spellEnd"/>
      <w:r w:rsidRPr="0039054C">
        <w:rPr>
          <w:lang w:val="cs-CZ"/>
        </w:rPr>
        <w:br/>
        <w:t>Dolní 3969, 468 01 Jablonec nad Nisou</w:t>
      </w:r>
      <w:r w:rsidRPr="0039054C">
        <w:rPr>
          <w:lang w:val="cs-CZ"/>
        </w:rPr>
        <w:br/>
        <w:t>Telefon: +420 778 767 011</w:t>
      </w:r>
      <w:r w:rsidRPr="0039054C">
        <w:rPr>
          <w:lang w:val="cs-CZ"/>
        </w:rPr>
        <w:br/>
        <w:t xml:space="preserve">E-mail: </w:t>
      </w:r>
      <w:hyperlink r:id="rId9" w:history="1">
        <w:r w:rsidR="00650DA6" w:rsidRPr="00BB7698">
          <w:rPr>
            <w:rStyle w:val="Hypertextovodkaz"/>
            <w:lang w:val="cs-CZ"/>
          </w:rPr>
          <w:t>mskokonin@seznam.cz</w:t>
        </w:r>
      </w:hyperlink>
    </w:p>
    <w:p w14:paraId="3A828668" w14:textId="77777777" w:rsidR="00650DA6" w:rsidRPr="0039054C" w:rsidRDefault="00650DA6" w:rsidP="0039054C">
      <w:pPr>
        <w:spacing w:after="120"/>
        <w:rPr>
          <w:lang w:val="cs-CZ"/>
        </w:rPr>
      </w:pPr>
    </w:p>
    <w:p w14:paraId="722D6059" w14:textId="51D4FB3D" w:rsidR="00635DED" w:rsidRPr="00B720E2" w:rsidRDefault="00635DED" w:rsidP="00B720E2">
      <w:pPr>
        <w:spacing w:after="120"/>
        <w:rPr>
          <w:lang w:val="cs-CZ"/>
        </w:rPr>
      </w:pPr>
      <w:r w:rsidRPr="0039054C">
        <w:rPr>
          <w:b/>
          <w:bCs/>
          <w:lang w:val="cs-CZ"/>
        </w:rPr>
        <w:t>Pověřenec pro ochranu osobních údajů:</w:t>
      </w:r>
      <w:r w:rsidRPr="0039054C">
        <w:rPr>
          <w:lang w:val="cs-CZ"/>
        </w:rPr>
        <w:br/>
        <w:t>JUDr. Stanislav Cenek</w:t>
      </w:r>
      <w:r w:rsidRPr="0039054C">
        <w:rPr>
          <w:lang w:val="cs-CZ"/>
        </w:rPr>
        <w:br/>
        <w:t>Telefon: +420 602 438 259</w:t>
      </w:r>
      <w:r w:rsidRPr="0039054C">
        <w:rPr>
          <w:lang w:val="cs-CZ"/>
        </w:rPr>
        <w:br/>
        <w:t>E-mail: stanislav.cenek@gmail.com</w:t>
      </w:r>
    </w:p>
    <w:sectPr w:rsidR="00635DED" w:rsidRPr="00B720E2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40332" w14:textId="77777777" w:rsidR="009C4F97" w:rsidRDefault="009C4F97" w:rsidP="00C7049A">
      <w:pPr>
        <w:spacing w:after="0" w:line="240" w:lineRule="auto"/>
      </w:pPr>
      <w:r>
        <w:separator/>
      </w:r>
    </w:p>
  </w:endnote>
  <w:endnote w:type="continuationSeparator" w:id="0">
    <w:p w14:paraId="0D587F12" w14:textId="77777777" w:rsidR="009C4F97" w:rsidRDefault="009C4F97" w:rsidP="00C7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8457403"/>
      <w:docPartObj>
        <w:docPartGallery w:val="Page Numbers (Bottom of Page)"/>
        <w:docPartUnique/>
      </w:docPartObj>
    </w:sdtPr>
    <w:sdtContent>
      <w:p w14:paraId="50964505" w14:textId="61EAC4E8" w:rsidR="00C7049A" w:rsidRDefault="00C7049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26EFB62A" w14:textId="77777777" w:rsidR="00C7049A" w:rsidRDefault="00C704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23D64" w14:textId="77777777" w:rsidR="009C4F97" w:rsidRDefault="009C4F97" w:rsidP="00C7049A">
      <w:pPr>
        <w:spacing w:after="0" w:line="240" w:lineRule="auto"/>
      </w:pPr>
      <w:r>
        <w:separator/>
      </w:r>
    </w:p>
  </w:footnote>
  <w:footnote w:type="continuationSeparator" w:id="0">
    <w:p w14:paraId="50A616EB" w14:textId="77777777" w:rsidR="009C4F97" w:rsidRDefault="009C4F97" w:rsidP="00C70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4B6C8B"/>
    <w:multiLevelType w:val="multilevel"/>
    <w:tmpl w:val="A1142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A84E95"/>
    <w:multiLevelType w:val="multilevel"/>
    <w:tmpl w:val="BCC2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0CC374F"/>
    <w:multiLevelType w:val="multilevel"/>
    <w:tmpl w:val="FD4E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1956D85"/>
    <w:multiLevelType w:val="hybridMultilevel"/>
    <w:tmpl w:val="0A0EFF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F44BEF"/>
    <w:multiLevelType w:val="hybridMultilevel"/>
    <w:tmpl w:val="9F228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9444C2"/>
    <w:multiLevelType w:val="hybridMultilevel"/>
    <w:tmpl w:val="EBD60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A55A5A"/>
    <w:multiLevelType w:val="hybridMultilevel"/>
    <w:tmpl w:val="0D142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967AD"/>
    <w:multiLevelType w:val="hybridMultilevel"/>
    <w:tmpl w:val="4FE69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F676D7"/>
    <w:multiLevelType w:val="hybridMultilevel"/>
    <w:tmpl w:val="B71C4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3529FD"/>
    <w:multiLevelType w:val="hybridMultilevel"/>
    <w:tmpl w:val="2FFC4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D12D7A"/>
    <w:multiLevelType w:val="hybridMultilevel"/>
    <w:tmpl w:val="AB264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5F1CE6"/>
    <w:multiLevelType w:val="multilevel"/>
    <w:tmpl w:val="9464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F3591F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ED54F4"/>
    <w:multiLevelType w:val="hybridMultilevel"/>
    <w:tmpl w:val="EFDA0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111E27"/>
    <w:multiLevelType w:val="hybridMultilevel"/>
    <w:tmpl w:val="DAEA04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13066A"/>
    <w:multiLevelType w:val="hybridMultilevel"/>
    <w:tmpl w:val="74C88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956684"/>
    <w:multiLevelType w:val="hybridMultilevel"/>
    <w:tmpl w:val="38709E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9D6BA3"/>
    <w:multiLevelType w:val="multilevel"/>
    <w:tmpl w:val="2B5A7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6F1529F"/>
    <w:multiLevelType w:val="hybridMultilevel"/>
    <w:tmpl w:val="EE5E51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2516BF"/>
    <w:multiLevelType w:val="multilevel"/>
    <w:tmpl w:val="93522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9325BD2"/>
    <w:multiLevelType w:val="hybridMultilevel"/>
    <w:tmpl w:val="BCC21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9D54D0"/>
    <w:multiLevelType w:val="hybridMultilevel"/>
    <w:tmpl w:val="D20230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5539CF"/>
    <w:multiLevelType w:val="hybridMultilevel"/>
    <w:tmpl w:val="06928C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407336"/>
    <w:multiLevelType w:val="multilevel"/>
    <w:tmpl w:val="557E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C9F24E1"/>
    <w:multiLevelType w:val="hybridMultilevel"/>
    <w:tmpl w:val="F4A864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16D1447"/>
    <w:multiLevelType w:val="hybridMultilevel"/>
    <w:tmpl w:val="22A0C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385189"/>
    <w:multiLevelType w:val="multilevel"/>
    <w:tmpl w:val="5D8AC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3E5398F"/>
    <w:multiLevelType w:val="hybridMultilevel"/>
    <w:tmpl w:val="E95AC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4465C94"/>
    <w:multiLevelType w:val="hybridMultilevel"/>
    <w:tmpl w:val="C1AA4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F805A8"/>
    <w:multiLevelType w:val="hybridMultilevel"/>
    <w:tmpl w:val="7DF6E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649727A"/>
    <w:multiLevelType w:val="multilevel"/>
    <w:tmpl w:val="F524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657104C"/>
    <w:multiLevelType w:val="hybridMultilevel"/>
    <w:tmpl w:val="B29A7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9A2960"/>
    <w:multiLevelType w:val="hybridMultilevel"/>
    <w:tmpl w:val="0C8C9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78B32BC"/>
    <w:multiLevelType w:val="hybridMultilevel"/>
    <w:tmpl w:val="121AE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C2576D"/>
    <w:multiLevelType w:val="multilevel"/>
    <w:tmpl w:val="8FC4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AEF5F41"/>
    <w:multiLevelType w:val="hybridMultilevel"/>
    <w:tmpl w:val="138C4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B26990"/>
    <w:multiLevelType w:val="hybridMultilevel"/>
    <w:tmpl w:val="09266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F82CE0"/>
    <w:multiLevelType w:val="multilevel"/>
    <w:tmpl w:val="6E42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14D08C6"/>
    <w:multiLevelType w:val="hybridMultilevel"/>
    <w:tmpl w:val="6E6C9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32A0369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4165B91"/>
    <w:multiLevelType w:val="hybridMultilevel"/>
    <w:tmpl w:val="24DA2C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4B95052"/>
    <w:multiLevelType w:val="hybridMultilevel"/>
    <w:tmpl w:val="65E09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5507F11"/>
    <w:multiLevelType w:val="hybridMultilevel"/>
    <w:tmpl w:val="05947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65F12EA"/>
    <w:multiLevelType w:val="hybridMultilevel"/>
    <w:tmpl w:val="9E128D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E93EDA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6F1060A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6F45B67"/>
    <w:multiLevelType w:val="hybridMultilevel"/>
    <w:tmpl w:val="AF389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B266C3"/>
    <w:multiLevelType w:val="hybridMultilevel"/>
    <w:tmpl w:val="3FEE1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7D40C1E"/>
    <w:multiLevelType w:val="hybridMultilevel"/>
    <w:tmpl w:val="2F5C27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81E1D02"/>
    <w:multiLevelType w:val="hybridMultilevel"/>
    <w:tmpl w:val="04EC2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91B0469"/>
    <w:multiLevelType w:val="multilevel"/>
    <w:tmpl w:val="9E92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9B231BF"/>
    <w:multiLevelType w:val="hybridMultilevel"/>
    <w:tmpl w:val="4C6E9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2B2386"/>
    <w:multiLevelType w:val="hybridMultilevel"/>
    <w:tmpl w:val="FF9EF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364EAB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E864FBB"/>
    <w:multiLevelType w:val="hybridMultilevel"/>
    <w:tmpl w:val="0A7A5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E9A5422"/>
    <w:multiLevelType w:val="hybridMultilevel"/>
    <w:tmpl w:val="BBBEDF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06A5FF0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1A525B8"/>
    <w:multiLevelType w:val="hybridMultilevel"/>
    <w:tmpl w:val="9306D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1EF3788"/>
    <w:multiLevelType w:val="multilevel"/>
    <w:tmpl w:val="4148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37C24A3"/>
    <w:multiLevelType w:val="hybridMultilevel"/>
    <w:tmpl w:val="5560D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474676C"/>
    <w:multiLevelType w:val="hybridMultilevel"/>
    <w:tmpl w:val="E5940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4A82071"/>
    <w:multiLevelType w:val="multilevel"/>
    <w:tmpl w:val="6CFA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6184053"/>
    <w:multiLevelType w:val="multilevel"/>
    <w:tmpl w:val="CE16A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62D7EDB"/>
    <w:multiLevelType w:val="multilevel"/>
    <w:tmpl w:val="D3DE7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6450474"/>
    <w:multiLevelType w:val="hybridMultilevel"/>
    <w:tmpl w:val="18C6CE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8372A83"/>
    <w:multiLevelType w:val="multilevel"/>
    <w:tmpl w:val="20C6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88C6A06"/>
    <w:multiLevelType w:val="multilevel"/>
    <w:tmpl w:val="7A4E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A6B1C92"/>
    <w:multiLevelType w:val="hybridMultilevel"/>
    <w:tmpl w:val="A2507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AAA17A8"/>
    <w:multiLevelType w:val="multilevel"/>
    <w:tmpl w:val="5D527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AFE425D"/>
    <w:multiLevelType w:val="hybridMultilevel"/>
    <w:tmpl w:val="4886C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D6C6C01"/>
    <w:multiLevelType w:val="multilevel"/>
    <w:tmpl w:val="62AE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E224004"/>
    <w:multiLevelType w:val="multilevel"/>
    <w:tmpl w:val="4BC6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F6173B6"/>
    <w:multiLevelType w:val="multilevel"/>
    <w:tmpl w:val="C470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0580A92"/>
    <w:multiLevelType w:val="hybridMultilevel"/>
    <w:tmpl w:val="6964B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1F56D6D"/>
    <w:multiLevelType w:val="multilevel"/>
    <w:tmpl w:val="983C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219465D"/>
    <w:multiLevelType w:val="hybridMultilevel"/>
    <w:tmpl w:val="2AFAF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3D2465"/>
    <w:multiLevelType w:val="multilevel"/>
    <w:tmpl w:val="EA3C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3F51938"/>
    <w:multiLevelType w:val="hybridMultilevel"/>
    <w:tmpl w:val="7ADE3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42C63AC"/>
    <w:multiLevelType w:val="multilevel"/>
    <w:tmpl w:val="0D3E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5642194"/>
    <w:multiLevelType w:val="multilevel"/>
    <w:tmpl w:val="C144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5C357E2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CB55C56"/>
    <w:multiLevelType w:val="hybridMultilevel"/>
    <w:tmpl w:val="440CE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CDA516A"/>
    <w:multiLevelType w:val="multilevel"/>
    <w:tmpl w:val="463C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D0720DC"/>
    <w:multiLevelType w:val="multilevel"/>
    <w:tmpl w:val="9F10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DFB39BB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F296B30"/>
    <w:multiLevelType w:val="hybridMultilevel"/>
    <w:tmpl w:val="D37022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FEC2D0D"/>
    <w:multiLevelType w:val="multilevel"/>
    <w:tmpl w:val="2296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13610BF"/>
    <w:multiLevelType w:val="hybridMultilevel"/>
    <w:tmpl w:val="612C6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C43952"/>
    <w:multiLevelType w:val="hybridMultilevel"/>
    <w:tmpl w:val="5ECAE8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7BD0C19"/>
    <w:multiLevelType w:val="hybridMultilevel"/>
    <w:tmpl w:val="902091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8125896"/>
    <w:multiLevelType w:val="hybridMultilevel"/>
    <w:tmpl w:val="59604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84D3179"/>
    <w:multiLevelType w:val="hybridMultilevel"/>
    <w:tmpl w:val="58F8A0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AF5F0F"/>
    <w:multiLevelType w:val="hybridMultilevel"/>
    <w:tmpl w:val="0A9EB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E02F7D"/>
    <w:multiLevelType w:val="multilevel"/>
    <w:tmpl w:val="2342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69177190"/>
    <w:multiLevelType w:val="hybridMultilevel"/>
    <w:tmpl w:val="E604E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9F939C4"/>
    <w:multiLevelType w:val="hybridMultilevel"/>
    <w:tmpl w:val="B3122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AC676D6"/>
    <w:multiLevelType w:val="hybridMultilevel"/>
    <w:tmpl w:val="6D8057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9C7C6A"/>
    <w:multiLevelType w:val="hybridMultilevel"/>
    <w:tmpl w:val="6BC6F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A83AF2"/>
    <w:multiLevelType w:val="hybridMultilevel"/>
    <w:tmpl w:val="267CA9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CDD20F9"/>
    <w:multiLevelType w:val="hybridMultilevel"/>
    <w:tmpl w:val="41D63F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DFD5325"/>
    <w:multiLevelType w:val="hybridMultilevel"/>
    <w:tmpl w:val="E0EC82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E4810B6"/>
    <w:multiLevelType w:val="hybridMultilevel"/>
    <w:tmpl w:val="8070C0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F902BF3"/>
    <w:multiLevelType w:val="hybridMultilevel"/>
    <w:tmpl w:val="73E82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0217220"/>
    <w:multiLevelType w:val="multilevel"/>
    <w:tmpl w:val="1FEA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0680DF6"/>
    <w:multiLevelType w:val="multilevel"/>
    <w:tmpl w:val="95D2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0FB207D"/>
    <w:multiLevelType w:val="hybridMultilevel"/>
    <w:tmpl w:val="090EDA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28D68E3"/>
    <w:multiLevelType w:val="hybridMultilevel"/>
    <w:tmpl w:val="375C33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3100173"/>
    <w:multiLevelType w:val="hybridMultilevel"/>
    <w:tmpl w:val="8DF8DC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3804317"/>
    <w:multiLevelType w:val="multilevel"/>
    <w:tmpl w:val="D990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3AC50EE"/>
    <w:multiLevelType w:val="multilevel"/>
    <w:tmpl w:val="0FE8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6724C03"/>
    <w:multiLevelType w:val="hybridMultilevel"/>
    <w:tmpl w:val="984E95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6AE4BC3"/>
    <w:multiLevelType w:val="hybridMultilevel"/>
    <w:tmpl w:val="9DB6F4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82E5A61"/>
    <w:multiLevelType w:val="hybridMultilevel"/>
    <w:tmpl w:val="073847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8923F4F"/>
    <w:multiLevelType w:val="multilevel"/>
    <w:tmpl w:val="DD7C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DCF493D"/>
    <w:multiLevelType w:val="hybridMultilevel"/>
    <w:tmpl w:val="B62437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EC114BC"/>
    <w:multiLevelType w:val="hybridMultilevel"/>
    <w:tmpl w:val="33C6A4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F4E34FF"/>
    <w:multiLevelType w:val="hybridMultilevel"/>
    <w:tmpl w:val="A09619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FA70957"/>
    <w:multiLevelType w:val="hybridMultilevel"/>
    <w:tmpl w:val="07547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FD84E9E"/>
    <w:multiLevelType w:val="multilevel"/>
    <w:tmpl w:val="6D72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4021519">
    <w:abstractNumId w:val="5"/>
  </w:num>
  <w:num w:numId="2" w16cid:durableId="2003199565">
    <w:abstractNumId w:val="3"/>
  </w:num>
  <w:num w:numId="3" w16cid:durableId="866790907">
    <w:abstractNumId w:val="2"/>
  </w:num>
  <w:num w:numId="4" w16cid:durableId="708335877">
    <w:abstractNumId w:val="4"/>
  </w:num>
  <w:num w:numId="5" w16cid:durableId="90055136">
    <w:abstractNumId w:val="1"/>
  </w:num>
  <w:num w:numId="6" w16cid:durableId="594899312">
    <w:abstractNumId w:val="0"/>
  </w:num>
  <w:num w:numId="7" w16cid:durableId="287202876">
    <w:abstractNumId w:val="32"/>
  </w:num>
  <w:num w:numId="8" w16cid:durableId="1772704156">
    <w:abstractNumId w:val="64"/>
  </w:num>
  <w:num w:numId="9" w16cid:durableId="1721438122">
    <w:abstractNumId w:val="72"/>
  </w:num>
  <w:num w:numId="10" w16cid:durableId="1620145421">
    <w:abstractNumId w:val="40"/>
  </w:num>
  <w:num w:numId="11" w16cid:durableId="296959236">
    <w:abstractNumId w:val="78"/>
  </w:num>
  <w:num w:numId="12" w16cid:durableId="269091757">
    <w:abstractNumId w:val="124"/>
  </w:num>
  <w:num w:numId="13" w16cid:durableId="1007171642">
    <w:abstractNumId w:val="71"/>
  </w:num>
  <w:num w:numId="14" w16cid:durableId="235168953">
    <w:abstractNumId w:val="77"/>
  </w:num>
  <w:num w:numId="15" w16cid:durableId="1870676868">
    <w:abstractNumId w:val="67"/>
  </w:num>
  <w:num w:numId="16" w16cid:durableId="870147728">
    <w:abstractNumId w:val="68"/>
  </w:num>
  <w:num w:numId="17" w16cid:durableId="666977559">
    <w:abstractNumId w:val="88"/>
  </w:num>
  <w:num w:numId="18" w16cid:durableId="1342196475">
    <w:abstractNumId w:val="76"/>
  </w:num>
  <w:num w:numId="19" w16cid:durableId="1684816912">
    <w:abstractNumId w:val="85"/>
  </w:num>
  <w:num w:numId="20" w16cid:durableId="1693188342">
    <w:abstractNumId w:val="92"/>
  </w:num>
  <w:num w:numId="21" w16cid:durableId="1243834242">
    <w:abstractNumId w:val="69"/>
  </w:num>
  <w:num w:numId="22" w16cid:durableId="573786473">
    <w:abstractNumId w:val="29"/>
  </w:num>
  <w:num w:numId="23" w16cid:durableId="1606693501">
    <w:abstractNumId w:val="84"/>
  </w:num>
  <w:num w:numId="24" w16cid:durableId="2066249269">
    <w:abstractNumId w:val="43"/>
  </w:num>
  <w:num w:numId="25" w16cid:durableId="358437084">
    <w:abstractNumId w:val="80"/>
  </w:num>
  <w:num w:numId="26" w16cid:durableId="57018227">
    <w:abstractNumId w:val="17"/>
  </w:num>
  <w:num w:numId="27" w16cid:durableId="326639934">
    <w:abstractNumId w:val="25"/>
  </w:num>
  <w:num w:numId="28" w16cid:durableId="366830116">
    <w:abstractNumId w:val="56"/>
  </w:num>
  <w:num w:numId="29" w16cid:durableId="907224305">
    <w:abstractNumId w:val="27"/>
  </w:num>
  <w:num w:numId="30" w16cid:durableId="1116490012">
    <w:abstractNumId w:val="75"/>
  </w:num>
  <w:num w:numId="31" w16cid:durableId="64108920">
    <w:abstractNumId w:val="106"/>
  </w:num>
  <w:num w:numId="32" w16cid:durableId="2019891291">
    <w:abstractNumId w:val="120"/>
  </w:num>
  <w:num w:numId="33" w16cid:durableId="268853699">
    <w:abstractNumId w:val="54"/>
  </w:num>
  <w:num w:numId="34" w16cid:durableId="282077554">
    <w:abstractNumId w:val="108"/>
  </w:num>
  <w:num w:numId="35" w16cid:durableId="306133761">
    <w:abstractNumId w:val="20"/>
  </w:num>
  <w:num w:numId="36" w16cid:durableId="1675111215">
    <w:abstractNumId w:val="41"/>
  </w:num>
  <w:num w:numId="37" w16cid:durableId="1438064771">
    <w:abstractNumId w:val="49"/>
  </w:num>
  <w:num w:numId="38" w16cid:durableId="564415243">
    <w:abstractNumId w:val="66"/>
  </w:num>
  <w:num w:numId="39" w16cid:durableId="2059550117">
    <w:abstractNumId w:val="112"/>
  </w:num>
  <w:num w:numId="40" w16cid:durableId="1883243759">
    <w:abstractNumId w:val="70"/>
  </w:num>
  <w:num w:numId="41" w16cid:durableId="711612737">
    <w:abstractNumId w:val="39"/>
  </w:num>
  <w:num w:numId="42" w16cid:durableId="1305309036">
    <w:abstractNumId w:val="94"/>
  </w:num>
  <w:num w:numId="43" w16cid:durableId="305352562">
    <w:abstractNumId w:val="111"/>
  </w:num>
  <w:num w:numId="44" w16cid:durableId="268241653">
    <w:abstractNumId w:val="15"/>
  </w:num>
  <w:num w:numId="45" w16cid:durableId="1119225441">
    <w:abstractNumId w:val="52"/>
  </w:num>
  <w:num w:numId="46" w16cid:durableId="1473448528">
    <w:abstractNumId w:val="35"/>
  </w:num>
  <w:num w:numId="47" w16cid:durableId="246840362">
    <w:abstractNumId w:val="65"/>
  </w:num>
  <w:num w:numId="48" w16cid:durableId="1364818729">
    <w:abstractNumId w:val="110"/>
  </w:num>
  <w:num w:numId="49" w16cid:durableId="898636144">
    <w:abstractNumId w:val="74"/>
  </w:num>
  <w:num w:numId="50" w16cid:durableId="1221289094">
    <w:abstractNumId w:val="7"/>
  </w:num>
  <w:num w:numId="51" w16cid:durableId="174618743">
    <w:abstractNumId w:val="8"/>
  </w:num>
  <w:num w:numId="52" w16cid:durableId="1117680587">
    <w:abstractNumId w:val="90"/>
  </w:num>
  <w:num w:numId="53" w16cid:durableId="765464205">
    <w:abstractNumId w:val="23"/>
  </w:num>
  <w:num w:numId="54" w16cid:durableId="1963880310">
    <w:abstractNumId w:val="109"/>
  </w:num>
  <w:num w:numId="55" w16cid:durableId="1287004934">
    <w:abstractNumId w:val="115"/>
  </w:num>
  <w:num w:numId="56" w16cid:durableId="477847178">
    <w:abstractNumId w:val="36"/>
  </w:num>
  <w:num w:numId="57" w16cid:durableId="1498037101">
    <w:abstractNumId w:val="82"/>
  </w:num>
  <w:num w:numId="58" w16cid:durableId="996767367">
    <w:abstractNumId w:val="89"/>
  </w:num>
  <w:num w:numId="59" w16cid:durableId="1230651063">
    <w:abstractNumId w:val="119"/>
  </w:num>
  <w:num w:numId="60" w16cid:durableId="2118713930">
    <w:abstractNumId w:val="45"/>
  </w:num>
  <w:num w:numId="61" w16cid:durableId="888956767">
    <w:abstractNumId w:val="114"/>
  </w:num>
  <w:num w:numId="62" w16cid:durableId="1265769400">
    <w:abstractNumId w:val="18"/>
  </w:num>
  <w:num w:numId="63" w16cid:durableId="356853740">
    <w:abstractNumId w:val="59"/>
  </w:num>
  <w:num w:numId="64" w16cid:durableId="1381898054">
    <w:abstractNumId w:val="62"/>
  </w:num>
  <w:num w:numId="65" w16cid:durableId="935330878">
    <w:abstractNumId w:val="51"/>
  </w:num>
  <w:num w:numId="66" w16cid:durableId="1180512159">
    <w:abstractNumId w:val="86"/>
  </w:num>
  <w:num w:numId="67" w16cid:durableId="2072388397">
    <w:abstractNumId w:val="50"/>
  </w:num>
  <w:num w:numId="68" w16cid:durableId="866872585">
    <w:abstractNumId w:val="117"/>
  </w:num>
  <w:num w:numId="69" w16cid:durableId="412817047">
    <w:abstractNumId w:val="116"/>
  </w:num>
  <w:num w:numId="70" w16cid:durableId="476074134">
    <w:abstractNumId w:val="24"/>
  </w:num>
  <w:num w:numId="71" w16cid:durableId="2033416245">
    <w:abstractNumId w:val="103"/>
  </w:num>
  <w:num w:numId="72" w16cid:durableId="359355106">
    <w:abstractNumId w:val="104"/>
  </w:num>
  <w:num w:numId="73" w16cid:durableId="1272858817">
    <w:abstractNumId w:val="91"/>
  </w:num>
  <w:num w:numId="74" w16cid:durableId="458958111">
    <w:abstractNumId w:val="123"/>
  </w:num>
  <w:num w:numId="75" w16cid:durableId="591471648">
    <w:abstractNumId w:val="44"/>
  </w:num>
  <w:num w:numId="76" w16cid:durableId="2026443061">
    <w:abstractNumId w:val="42"/>
  </w:num>
  <w:num w:numId="77" w16cid:durableId="1949585832">
    <w:abstractNumId w:val="13"/>
  </w:num>
  <w:num w:numId="78" w16cid:durableId="1111050570">
    <w:abstractNumId w:val="93"/>
  </w:num>
  <w:num w:numId="79" w16cid:durableId="244533357">
    <w:abstractNumId w:val="22"/>
  </w:num>
  <w:num w:numId="80" w16cid:durableId="2053651653">
    <w:abstractNumId w:val="96"/>
  </w:num>
  <w:num w:numId="81" w16cid:durableId="1312323245">
    <w:abstractNumId w:val="102"/>
  </w:num>
  <w:num w:numId="82" w16cid:durableId="1203788923">
    <w:abstractNumId w:val="48"/>
  </w:num>
  <w:num w:numId="83" w16cid:durableId="180827101">
    <w:abstractNumId w:val="113"/>
  </w:num>
  <w:num w:numId="84" w16cid:durableId="130446026">
    <w:abstractNumId w:val="14"/>
  </w:num>
  <w:num w:numId="85" w16cid:durableId="1987738181">
    <w:abstractNumId w:val="97"/>
  </w:num>
  <w:num w:numId="86" w16cid:durableId="2022199810">
    <w:abstractNumId w:val="38"/>
  </w:num>
  <w:num w:numId="87" w16cid:durableId="1897427140">
    <w:abstractNumId w:val="61"/>
  </w:num>
  <w:num w:numId="88" w16cid:durableId="1635326416">
    <w:abstractNumId w:val="46"/>
  </w:num>
  <w:num w:numId="89" w16cid:durableId="1611474351">
    <w:abstractNumId w:val="100"/>
  </w:num>
  <w:num w:numId="90" w16cid:durableId="1306468562">
    <w:abstractNumId w:val="60"/>
  </w:num>
  <w:num w:numId="91" w16cid:durableId="1207258606">
    <w:abstractNumId w:val="57"/>
  </w:num>
  <w:num w:numId="92" w16cid:durableId="1944070434">
    <w:abstractNumId w:val="58"/>
  </w:num>
  <w:num w:numId="93" w16cid:durableId="1596133109">
    <w:abstractNumId w:val="34"/>
  </w:num>
  <w:num w:numId="94" w16cid:durableId="1589389281">
    <w:abstractNumId w:val="81"/>
  </w:num>
  <w:num w:numId="95" w16cid:durableId="1302612684">
    <w:abstractNumId w:val="107"/>
  </w:num>
  <w:num w:numId="96" w16cid:durableId="341933492">
    <w:abstractNumId w:val="16"/>
  </w:num>
  <w:num w:numId="97" w16cid:durableId="1611276020">
    <w:abstractNumId w:val="98"/>
  </w:num>
  <w:num w:numId="98" w16cid:durableId="982078454">
    <w:abstractNumId w:val="95"/>
  </w:num>
  <w:num w:numId="99" w16cid:durableId="330529925">
    <w:abstractNumId w:val="31"/>
  </w:num>
  <w:num w:numId="100" w16cid:durableId="146017435">
    <w:abstractNumId w:val="26"/>
  </w:num>
  <w:num w:numId="101" w16cid:durableId="434598498">
    <w:abstractNumId w:val="37"/>
  </w:num>
  <w:num w:numId="102" w16cid:durableId="2042439347">
    <w:abstractNumId w:val="10"/>
  </w:num>
  <w:num w:numId="103" w16cid:durableId="461385706">
    <w:abstractNumId w:val="28"/>
  </w:num>
  <w:num w:numId="104" w16cid:durableId="391004508">
    <w:abstractNumId w:val="47"/>
  </w:num>
  <w:num w:numId="105" w16cid:durableId="1792900971">
    <w:abstractNumId w:val="55"/>
  </w:num>
  <w:num w:numId="106" w16cid:durableId="1540514099">
    <w:abstractNumId w:val="83"/>
  </w:num>
  <w:num w:numId="107" w16cid:durableId="986475457">
    <w:abstractNumId w:val="105"/>
  </w:num>
  <w:num w:numId="108" w16cid:durableId="1595630311">
    <w:abstractNumId w:val="121"/>
  </w:num>
  <w:num w:numId="109" w16cid:durableId="1306081291">
    <w:abstractNumId w:val="101"/>
  </w:num>
  <w:num w:numId="110" w16cid:durableId="1479303527">
    <w:abstractNumId w:val="21"/>
  </w:num>
  <w:num w:numId="111" w16cid:durableId="1690450470">
    <w:abstractNumId w:val="63"/>
  </w:num>
  <w:num w:numId="112" w16cid:durableId="391781796">
    <w:abstractNumId w:val="53"/>
  </w:num>
  <w:num w:numId="113" w16cid:durableId="1956135470">
    <w:abstractNumId w:val="73"/>
  </w:num>
  <w:num w:numId="114" w16cid:durableId="1113329602">
    <w:abstractNumId w:val="122"/>
  </w:num>
  <w:num w:numId="115" w16cid:durableId="1508518623">
    <w:abstractNumId w:val="87"/>
  </w:num>
  <w:num w:numId="116" w16cid:durableId="640619658">
    <w:abstractNumId w:val="79"/>
  </w:num>
  <w:num w:numId="117" w16cid:durableId="1143504613">
    <w:abstractNumId w:val="118"/>
  </w:num>
  <w:num w:numId="118" w16cid:durableId="2135050432">
    <w:abstractNumId w:val="12"/>
  </w:num>
  <w:num w:numId="119" w16cid:durableId="442963369">
    <w:abstractNumId w:val="11"/>
  </w:num>
  <w:num w:numId="120" w16cid:durableId="1657145298">
    <w:abstractNumId w:val="33"/>
  </w:num>
  <w:num w:numId="121" w16cid:durableId="1481116493">
    <w:abstractNumId w:val="30"/>
  </w:num>
  <w:num w:numId="122" w16cid:durableId="540673841">
    <w:abstractNumId w:val="19"/>
  </w:num>
  <w:num w:numId="123" w16cid:durableId="2085181755">
    <w:abstractNumId w:val="9"/>
  </w:num>
  <w:num w:numId="124" w16cid:durableId="993488932">
    <w:abstractNumId w:val="6"/>
  </w:num>
  <w:num w:numId="125" w16cid:durableId="165942672">
    <w:abstractNumId w:val="99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2232"/>
    <w:rsid w:val="0005708F"/>
    <w:rsid w:val="0006063C"/>
    <w:rsid w:val="000B5387"/>
    <w:rsid w:val="000D12DA"/>
    <w:rsid w:val="000D49EF"/>
    <w:rsid w:val="000D749C"/>
    <w:rsid w:val="00131940"/>
    <w:rsid w:val="0014284A"/>
    <w:rsid w:val="00144C55"/>
    <w:rsid w:val="00145587"/>
    <w:rsid w:val="0015074B"/>
    <w:rsid w:val="001515D5"/>
    <w:rsid w:val="001A5BB7"/>
    <w:rsid w:val="001D7833"/>
    <w:rsid w:val="001E2920"/>
    <w:rsid w:val="00250DFA"/>
    <w:rsid w:val="002566AC"/>
    <w:rsid w:val="002859E5"/>
    <w:rsid w:val="0029639D"/>
    <w:rsid w:val="002A4109"/>
    <w:rsid w:val="00326F90"/>
    <w:rsid w:val="00373C08"/>
    <w:rsid w:val="0039054C"/>
    <w:rsid w:val="003A5499"/>
    <w:rsid w:val="003B4CC7"/>
    <w:rsid w:val="003D148B"/>
    <w:rsid w:val="00415072"/>
    <w:rsid w:val="004246EA"/>
    <w:rsid w:val="00467DEA"/>
    <w:rsid w:val="004A20D4"/>
    <w:rsid w:val="004B4C2F"/>
    <w:rsid w:val="004D4A47"/>
    <w:rsid w:val="005056D3"/>
    <w:rsid w:val="00564709"/>
    <w:rsid w:val="00587A27"/>
    <w:rsid w:val="005C1CEC"/>
    <w:rsid w:val="005D50C8"/>
    <w:rsid w:val="00611E65"/>
    <w:rsid w:val="00635DED"/>
    <w:rsid w:val="00650DA6"/>
    <w:rsid w:val="00660E25"/>
    <w:rsid w:val="00661182"/>
    <w:rsid w:val="0067325F"/>
    <w:rsid w:val="006D61E5"/>
    <w:rsid w:val="006E3717"/>
    <w:rsid w:val="006E488F"/>
    <w:rsid w:val="006F21B2"/>
    <w:rsid w:val="00740695"/>
    <w:rsid w:val="00770D62"/>
    <w:rsid w:val="007F3FC3"/>
    <w:rsid w:val="007F4021"/>
    <w:rsid w:val="00830B50"/>
    <w:rsid w:val="00880B23"/>
    <w:rsid w:val="00893705"/>
    <w:rsid w:val="008A4810"/>
    <w:rsid w:val="008E6C23"/>
    <w:rsid w:val="00955CE8"/>
    <w:rsid w:val="00990B7D"/>
    <w:rsid w:val="009A2698"/>
    <w:rsid w:val="009C4F97"/>
    <w:rsid w:val="00A26363"/>
    <w:rsid w:val="00A4061F"/>
    <w:rsid w:val="00A65840"/>
    <w:rsid w:val="00A75520"/>
    <w:rsid w:val="00AA1D8D"/>
    <w:rsid w:val="00AC0818"/>
    <w:rsid w:val="00AC17DD"/>
    <w:rsid w:val="00AF0C9C"/>
    <w:rsid w:val="00B12CC3"/>
    <w:rsid w:val="00B324C8"/>
    <w:rsid w:val="00B47730"/>
    <w:rsid w:val="00B55354"/>
    <w:rsid w:val="00B720E2"/>
    <w:rsid w:val="00B848E7"/>
    <w:rsid w:val="00B93D47"/>
    <w:rsid w:val="00BA00B7"/>
    <w:rsid w:val="00BB54D6"/>
    <w:rsid w:val="00C1480D"/>
    <w:rsid w:val="00C7049A"/>
    <w:rsid w:val="00CB0664"/>
    <w:rsid w:val="00CC212C"/>
    <w:rsid w:val="00CD3D28"/>
    <w:rsid w:val="00CF318B"/>
    <w:rsid w:val="00D06390"/>
    <w:rsid w:val="00D75EAD"/>
    <w:rsid w:val="00D91611"/>
    <w:rsid w:val="00DE3D04"/>
    <w:rsid w:val="00E13447"/>
    <w:rsid w:val="00E614DB"/>
    <w:rsid w:val="00EC31C9"/>
    <w:rsid w:val="00ED5997"/>
    <w:rsid w:val="00F103FF"/>
    <w:rsid w:val="00F8130C"/>
    <w:rsid w:val="00FB1E5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9AF337"/>
  <w14:defaultImageDpi w14:val="300"/>
  <w15:docId w15:val="{76F59DD0-7FF4-44DB-B6AD-A9D9F7EFA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  <w:rPr>
      <w:rFonts w:ascii="Calibri" w:hAnsi="Calibri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4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5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lnweb">
    <w:name w:val="Normal (Web)"/>
    <w:basedOn w:val="Normln"/>
    <w:uiPriority w:val="99"/>
    <w:unhideWhenUsed/>
    <w:rsid w:val="00EC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650DA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50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7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mskokonin@sezna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F4CF4D-A30C-4DFE-88CE-544E2368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34</Pages>
  <Words>5074</Words>
  <Characters>29942</Characters>
  <Application>Microsoft Office Word</Application>
  <DocSecurity>0</DocSecurity>
  <Lines>249</Lines>
  <Paragraphs>69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34947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Adelá Machalová</cp:lastModifiedBy>
  <cp:revision>83</cp:revision>
  <cp:lastPrinted>2025-09-03T07:20:00Z</cp:lastPrinted>
  <dcterms:created xsi:type="dcterms:W3CDTF">2013-12-23T23:15:00Z</dcterms:created>
  <dcterms:modified xsi:type="dcterms:W3CDTF">2025-09-03T07:26:00Z</dcterms:modified>
  <cp:category/>
</cp:coreProperties>
</file>